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240" w:before="240"/>
        <w:jc w:val="center"/>
      </w:pPr>
      <w:r>
        <w:rPr>
          <w:color w:val="000000"/>
          <w:sz w:val="58"/>
        </w:rPr>
        <w:t>Letras nacidas de la vida</w:t>
      </w:r>
    </w:p>
    <w:p>
      <w:pPr>
        <w:keepNext/>
        <w:spacing w:after="240"/>
        <w:jc w:val="center"/>
      </w:pPr>
      <w:r>
        <w:rPr>
          <w:color w:val="237B80"/>
          <w:sz w:val="24"/>
        </w:rPr>
        <w:t>Edición ilustrada para tableta</w:t>
      </w:r>
    </w:p>
    <w:p>
      <w:pPr>
        <w:keepNext/>
        <w:spacing w:after="240"/>
        <w:jc w:val="center"/>
      </w:pPr>
      <w:r>
        <w:rPr>
          <w:sz w:val="28"/>
        </w:rPr>
        <w:t>Canciones y las historias que las inspiraron</w:t>
      </w:r>
    </w:p>
    <w:p>
      <w:pPr>
        <w:spacing w:after="280"/>
        <w:jc w:val="center"/>
      </w:pPr>
      <w:r>
        <w:drawing>
          <wp:inline xmlns:a="http://schemas.openxmlformats.org/drawingml/2006/main" xmlns:pic="http://schemas.openxmlformats.org/drawingml/2006/picture">
            <wp:extent cx="5303520" cy="353568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303520" cy="3535680"/>
                    </a:xfrm>
                    <a:prstGeom prst="rect"/>
                  </pic:spPr>
                </pic:pic>
              </a:graphicData>
            </a:graphic>
          </wp:inline>
        </w:drawing>
      </w:r>
    </w:p>
    <w:p>
      <w:pPr>
        <w:keepNext/>
        <w:spacing w:after="240"/>
        <w:jc w:val="center"/>
      </w:pPr>
      <w:r>
        <w:rPr>
          <w:sz w:val="36"/>
        </w:rPr>
        <w:t>José Hugo López Machado</w:t>
      </w:r>
    </w:p>
    <w:p>
      <w:pPr>
        <w:keepNext/>
        <w:spacing w:after="240"/>
        <w:jc w:val="center"/>
      </w:pPr>
      <w:r>
        <w:rPr>
          <w:sz w:val="26"/>
        </w:rPr>
        <w:t>Para mi familia y mis amigos</w:t>
      </w:r>
    </w:p>
    <w:p>
      <w:pPr>
        <w:keepNext/>
        <w:spacing w:after="240"/>
        <w:jc w:val="center"/>
      </w:pPr>
      <w:r>
        <w:rPr>
          <w:sz w:val="22"/>
        </w:rPr>
        <w:t>Mazatlán, Sinaloa</w:t>
        <w:br/>
        <w:t>12 de octubre de 2026</w:t>
      </w:r>
    </w:p>
    <w:p>
      <w:bookmarkStart w:id="950" w:name="recuerdos_personales"/>
      <w:pPr>
        <w:pStyle w:val="Heading1"/>
        <w:pageBreakBefore/>
      </w:pPr>
      <w:r>
        <w:rPr>
          <w:color w:val="000000"/>
        </w:rPr>
        <w:t>Los recuerdos que me acompañan</w:t>
      </w:r>
      <w:bookmarkEnd w:id="950"/>
    </w:p>
    <w:p>
      <w:pPr>
        <w:jc w:val="center"/>
      </w:pPr>
      <w:r>
        <w:drawing>
          <wp:inline xmlns:a="http://schemas.openxmlformats.org/drawingml/2006/main" xmlns:pic="http://schemas.openxmlformats.org/drawingml/2006/picture">
            <wp:extent cx="5120640" cy="3413760"/>
            <wp:docPr id="1" name="Picture 1" descr="Lata de colección azul y verde aqua con miniaturas que representan mi ingeniería, Rotary, música, letras, Mazatlán y familia."/>
            <wp:cNvGraphicFramePr>
              <a:graphicFrameLocks noChangeAspect="1"/>
            </wp:cNvGraphicFramePr>
            <a:graphic>
              <a:graphicData uri="http://schemas.openxmlformats.org/drawingml/2006/picture">
                <pic:pic>
                  <pic:nvPicPr>
                    <pic:cNvPr id="0" name="exec-4ee4535f-d2c6-4ebc-98a0-d2140d4fec6e.png"/>
                    <pic:cNvPicPr/>
                  </pic:nvPicPr>
                  <pic:blipFill>
                    <a:blip r:embed="rId10"/>
                    <a:stretch>
                      <a:fillRect/>
                    </a:stretch>
                  </pic:blipFill>
                  <pic:spPr>
                    <a:xfrm>
                      <a:off x="0" y="0"/>
                      <a:ext cx="5120640" cy="3413760"/>
                    </a:xfrm>
                    <a:prstGeom prst="rect"/>
                  </pic:spPr>
                </pic:pic>
              </a:graphicData>
            </a:graphic>
          </wp:inline>
        </w:drawing>
      </w:r>
    </w:p>
    <w:p>
      <w:pPr>
        <w:jc w:val="center"/>
      </w:pPr>
      <w:r>
        <w:rPr>
          <w:i/>
        </w:rPr>
        <w:t>En esta pequeña caja cabe mucho de lo que soy y de lo que amo.</w:t>
      </w:r>
    </w:p>
    <w:p>
      <w:pPr>
        <w:spacing w:line="276" w:lineRule="auto"/>
      </w:pPr>
      <w:r>
        <w:rPr>
          <w:sz w:val="24"/>
        </w:rPr>
        <w:t>Esta imagen reúne, en una lata azul y verde aqua, recuerdos y símbolos de mi vida. Los planos hablan de mi formación como ingeniero; los instrumentos, de mi gusto por la música; y el libro, de las letras que he querido conservar y compartir. Entre ellos están también el servicio rotario, el mar de Mazatlán y mi familia.</w:t>
      </w:r>
    </w:p>
    <w:p>
      <w:pPr>
        <w:spacing w:line="276" w:lineRule="auto"/>
      </w:pPr>
      <w:r>
        <w:rPr>
          <w:sz w:val="24"/>
        </w:rPr>
        <w:t>Cada objeto representa una parte de mi historia. Al mirar esta caja, me gustaría que mis hijos y mis nietos encontraran motivos para preguntar, recordar y conversar conmigo.</w:t>
      </w:r>
    </w:p>
    <w:p>
      <w:pPr>
        <w:pStyle w:val="Heading2"/>
        <w:pageBreakBefore/>
      </w:pPr>
      <w:r>
        <w:rPr>
          <w:color w:val="000000"/>
        </w:rPr>
        <w:t>El significado de mis recuerdos</w:t>
      </w:r>
    </w:p>
    <w:p>
      <w:pPr>
        <w:spacing w:after="180"/>
      </w:pPr>
      <w:r>
        <w:rPr>
          <w:b/>
          <w:sz w:val="24"/>
        </w:rPr>
        <w:t xml:space="preserve">Los planos y la UNAM. </w:t>
      </w:r>
      <w:r>
        <w:rPr>
          <w:sz w:val="24"/>
        </w:rPr>
        <w:t>Representan mi formación como ingeniero civil en la ENEP Aragón de la UNAM y los años de estudio que forman parte de mi historia.</w:t>
      </w:r>
    </w:p>
    <w:p>
      <w:pPr>
        <w:spacing w:after="180"/>
      </w:pPr>
      <w:r>
        <w:rPr>
          <w:b/>
          <w:sz w:val="24"/>
        </w:rPr>
        <w:t xml:space="preserve">La rueda rotaria y el mazo. </w:t>
      </w:r>
      <w:r>
        <w:rPr>
          <w:sz w:val="24"/>
        </w:rPr>
        <w:t>Recuerdan mi servicio en el Club Rotario Mazatlán Oriente y mi presidencia de 2026 a 2027. La silla de ruedas simboliza los proyectos que ayudan a otras personas.</w:t>
      </w:r>
    </w:p>
    <w:p>
      <w:pPr>
        <w:spacing w:after="180"/>
      </w:pPr>
      <w:r>
        <w:rPr>
          <w:b/>
          <w:sz w:val="24"/>
        </w:rPr>
        <w:t xml:space="preserve">La bolsa para limpiar playas. </w:t>
      </w:r>
      <w:r>
        <w:rPr>
          <w:sz w:val="24"/>
        </w:rPr>
        <w:t>Representa la propuesta de trabajar con los jóvenes de Inspiración en Movimiento, cuidar nuestras playas y promover valores mediante acciones compartidas.</w:t>
      </w:r>
    </w:p>
    <w:p>
      <w:pPr>
        <w:spacing w:after="180"/>
      </w:pPr>
      <w:r>
        <w:rPr>
          <w:b/>
          <w:sz w:val="24"/>
        </w:rPr>
        <w:t xml:space="preserve">La guitarra el acordeón y el piano. </w:t>
      </w:r>
      <w:r>
        <w:rPr>
          <w:sz w:val="24"/>
        </w:rPr>
        <w:t>Son instrumentos que disfruto tocar. La música me acompaña y me permite expresar sentimientos que a veces encuentran mejor camino en una canción.</w:t>
      </w:r>
    </w:p>
    <w:p>
      <w:pPr>
        <w:spacing w:after="180"/>
      </w:pPr>
      <w:r>
        <w:rPr>
          <w:b/>
          <w:sz w:val="24"/>
        </w:rPr>
        <w:t xml:space="preserve">El libro y la pluma. </w:t>
      </w:r>
      <w:r>
        <w:rPr>
          <w:sz w:val="24"/>
        </w:rPr>
        <w:t>Representan Letras nacidas de la vida y mi deseo de conservar pensamientos, recuerdos y relatos para compartirlos con mi familia y mis amigos.</w:t>
      </w:r>
    </w:p>
    <w:p>
      <w:pPr>
        <w:spacing w:after="180"/>
      </w:pPr>
      <w:r>
        <w:rPr>
          <w:b/>
          <w:sz w:val="24"/>
        </w:rPr>
        <w:t xml:space="preserve">El mar el edificio y la llave. </w:t>
      </w:r>
      <w:r>
        <w:rPr>
          <w:sz w:val="24"/>
        </w:rPr>
        <w:t>El mar representa mi querido Mazatlán. El edificio y la llave recuerdan mi actividad con las propiedades y las rentas, otra parte de mi vida cotidiana.</w:t>
      </w:r>
    </w:p>
    <w:p>
      <w:pPr>
        <w:spacing w:after="180"/>
      </w:pPr>
      <w:r>
        <w:rPr>
          <w:b/>
          <w:sz w:val="24"/>
        </w:rPr>
        <w:t xml:space="preserve">Raquel y Linett. </w:t>
      </w:r>
      <w:r>
        <w:rPr>
          <w:sz w:val="24"/>
        </w:rPr>
        <w:t>El medallón recuerda a Raquel y nuestro matrimonio en 1987. La flor y la tarjeta dedicadas a Linett representan el cariño por mi nieta y, a través de ella, el lugar de mi familia en estas páginas.</w:t>
      </w:r>
    </w:p>
    <w:p>
      <w:r>
        <w:t>José Hugo López Machado</w:t>
      </w:r>
    </w:p>
    <w:p>
      <w:pPr>
        <w:pStyle w:val="Heading1"/>
        <w:pageBreakBefore/>
      </w:pPr>
      <w:r>
        <w:rPr>
          <w:color w:val="000000"/>
        </w:rPr>
        <w:t>Introducción</w:t>
      </w:r>
    </w:p>
    <w:p>
      <w:r>
        <w:t>Este libro reúne canciones que nacieron de mis reflexiones, mis recuerdos y las cosas que voy encontrando en la vida. Las comparto con mi familia y mis amigos porque muchas de ellas hablan de algo que también nos pertenece: el cariño, las despedidas, la amistad, las ganas de seguir aprendiendo y el lugar donde hemos vivido.</w:t>
      </w:r>
    </w:p>
    <w:p>
      <w:r>
        <w:t>A veces una idea apareció mirando el mar; otras, escuchando una vieja canción, recordando una ocurrencia de mi padre o intentando poner en palabras algo que me dolía. También hubo espacio para reír. Quise conservar esas ideas y darles una forma que pudiera cantarse y compartirse.</w:t>
      </w:r>
    </w:p>
    <w:p>
      <w:r>
        <w:t>En este camino utilicé la inteligencia artificial como apoyo para trabajar las palabras, probar rimas y explorar distintas maneras de llevarlas a la música. Fui eligiendo, corrigiendo y cambiando lo que quería expresar. Esta experiencia me permitió descubrir una nueva forma de crear y disfrutar mis días.</w:t>
      </w:r>
    </w:p>
    <w:p>
      <w:r>
        <w:t>Antes de cada letra encontrarán unas palabras sencillas sobre la historia o la reflexión que la inspira, por qué quise escribirla y qué mensaje deseo compartir. Algunas hablan de una experiencia concreta; otras desarrollan una idea o una escena imaginada. No todas necesitan una enseñanza: a veces basta una sonrisa o un recuerdo.</w:t>
      </w:r>
    </w:p>
    <w:p>
      <w:r>
        <w:t>Me gustaría que estas páginas sirvieran para conversar, recordar y acercarnos. Que quien las lea encuentre una historia propia, piense en alguien querido o se anime a expresar algo que lleva guardado. Si alguna canción les hace compañía, este libro habrá encontrado su lugar.</w:t>
      </w:r>
    </w:p>
    <w:p>
      <w:r>
        <w:t>Les comparto estas letras con cariño y con la alegría de seguir creando.</w:t>
      </w:r>
    </w:p>
    <w:p>
      <w:r>
        <w:t>José Hugo López Machado</w:t>
      </w:r>
    </w:p>
    <w:p>
      <w:bookmarkStart w:id="1" w:name="Indice"/>
      <w:pPr>
        <w:pStyle w:val="Heading1"/>
        <w:pageBreakBefore/>
      </w:pPr>
      <w:r>
        <w:rPr>
          <w:color w:val="000000"/>
        </w:rPr>
        <w:t>Contenido</w:t>
      </w:r>
      <w:bookmarkEnd w:id="1"/>
    </w:p>
    <w:p>
      <w:r>
        <w:t>Toca el título de una canción para abrir su relato y su letra.</w:t>
      </w:r>
    </w:p>
    <w:p>
      <w:hyperlink w:anchor="recuerdos_personales">
        <w:r>
          <w:rPr>
            <w:color w:val="165A76"/>
          </w:rPr>
          <w:t>Los recuerdos que me acompañan</w:t>
        </w:r>
      </w:hyperlink>
      <w:r>
        <w:rPr>
          <w:sz w:val="22"/>
        </w:rPr>
        <w:t xml:space="preserve">  ·  pág. </w:t>
      </w:r>
      <w:r>
        <w:rPr>
          <w:sz w:val="18"/>
        </w:rPr>
      </w:r>
      <w:fldSimple w:instr="PAGEREF recuerdos_personales \h">
        <w:r>
          <w:rPr>
            <w:sz w:val="22"/>
          </w:rPr>
          <w:t>2</w:t>
        </w:r>
      </w:fldSimple>
    </w:p>
    <w:p>
      <w:r>
        <w:t>Una caja de recuerdos con los símbolos de mi vida y el significado de cada objeto.</w:t>
      </w:r>
    </w:p>
    <w:p>
      <w:pPr>
        <w:keepNext/>
        <w:spacing w:after="80"/>
      </w:pPr>
      <w:hyperlink w:anchor="Cancion01" w:history="1">
        <w:r>
          <w:rPr>
            <w:color w:val="1F4E79"/>
            <w:u w:val="single"/>
            <w:sz w:val="34"/>
          </w:rPr>
          <w:t>01  No dejemos para luego</w:t>
        </w:r>
      </w:hyperlink>
      <w:r>
        <w:rPr>
          <w:sz w:val="22"/>
        </w:rPr>
        <w:t xml:space="preserve">  ·  pág. </w:t>
      </w:r>
      <w:r>
        <w:rPr>
          <w:sz w:val="18"/>
        </w:rPr>
      </w:r>
      <w:fldSimple w:instr="PAGEREF Cancion01 \h">
        <w:r>
          <w:rPr>
            <w:sz w:val="22"/>
          </w:rPr>
          <w:t>10</w:t>
        </w:r>
      </w:fldSimple>
    </w:p>
    <w:p>
      <w:pPr>
        <w:spacing w:after="360"/>
      </w:pPr>
      <w:r>
        <w:rPr>
          <w:sz w:val="28"/>
        </w:rPr>
        <w:t>Una invitación a reunirnos y expresar el cariño sin dejarlo para después.</w:t>
      </w:r>
    </w:p>
    <w:p>
      <w:pPr>
        <w:keepNext/>
        <w:spacing w:after="80"/>
      </w:pPr>
      <w:hyperlink w:anchor="Cancion02" w:history="1">
        <w:r>
          <w:rPr>
            <w:color w:val="1F4E79"/>
            <w:u w:val="single"/>
            <w:sz w:val="34"/>
          </w:rPr>
          <w:t>02  Mi mar querido</w:t>
        </w:r>
      </w:hyperlink>
      <w:r>
        <w:rPr>
          <w:sz w:val="22"/>
        </w:rPr>
        <w:t xml:space="preserve">  ·  pág. </w:t>
      </w:r>
      <w:r>
        <w:rPr>
          <w:sz w:val="18"/>
        </w:rPr>
      </w:r>
      <w:fldSimple w:instr="PAGEREF Cancion02 \h">
        <w:r>
          <w:rPr>
            <w:sz w:val="22"/>
          </w:rPr>
          <w:t>14</w:t>
        </w:r>
      </w:fldSimple>
    </w:p>
    <w:p>
      <w:pPr>
        <w:spacing w:after="360"/>
      </w:pPr>
      <w:r>
        <w:rPr>
          <w:sz w:val="28"/>
        </w:rPr>
        <w:t>El mar de Mazatlán como compañía y reflejo de los cambios de la vida.</w:t>
      </w:r>
    </w:p>
    <w:p>
      <w:pPr>
        <w:keepNext/>
        <w:spacing w:after="80"/>
      </w:pPr>
      <w:hyperlink w:anchor="Cancion03" w:history="1">
        <w:r>
          <w:rPr>
            <w:color w:val="1F4E79"/>
            <w:u w:val="single"/>
            <w:sz w:val="34"/>
          </w:rPr>
          <w:t>03  Insiste pajarillo</w:t>
        </w:r>
      </w:hyperlink>
      <w:r>
        <w:rPr>
          <w:sz w:val="22"/>
        </w:rPr>
        <w:t xml:space="preserve">  ·  pág. </w:t>
      </w:r>
      <w:r>
        <w:rPr>
          <w:sz w:val="18"/>
        </w:rPr>
      </w:r>
      <w:fldSimple w:instr="PAGEREF Cancion03 \h">
        <w:r>
          <w:rPr>
            <w:sz w:val="22"/>
          </w:rPr>
          <w:t>18</w:t>
        </w:r>
      </w:fldSimple>
    </w:p>
    <w:p>
      <w:pPr>
        <w:spacing w:after="360"/>
      </w:pPr>
      <w:r>
        <w:rPr>
          <w:sz w:val="28"/>
        </w:rPr>
        <w:t>Una golondrina enseña a perseverar y a comprender la vida que nos rodea.</w:t>
      </w:r>
    </w:p>
    <w:p>
      <w:pPr>
        <w:keepNext/>
        <w:spacing w:after="80"/>
      </w:pPr>
      <w:hyperlink w:anchor="Cancion04" w:history="1">
        <w:r>
          <w:rPr>
            <w:color w:val="1F4E79"/>
            <w:u w:val="single"/>
            <w:sz w:val="34"/>
          </w:rPr>
          <w:t>04  Guárdame un poco de tiempo</w:t>
        </w:r>
      </w:hyperlink>
      <w:r>
        <w:rPr>
          <w:sz w:val="22"/>
        </w:rPr>
        <w:t xml:space="preserve">  ·  pág. </w:t>
      </w:r>
      <w:r>
        <w:rPr>
          <w:sz w:val="18"/>
        </w:rPr>
      </w:r>
      <w:fldSimple w:instr="PAGEREF Cancion04 \h">
        <w:r>
          <w:rPr>
            <w:sz w:val="22"/>
          </w:rPr>
          <w:t>21</w:t>
        </w:r>
      </w:fldSimple>
    </w:p>
    <w:p>
      <w:pPr>
        <w:spacing w:after="360"/>
      </w:pPr>
      <w:r>
        <w:rPr>
          <w:sz w:val="28"/>
        </w:rPr>
        <w:t>Una petición cariñosa de tiempo a un primo, compadre y amigo.</w:t>
      </w:r>
    </w:p>
    <w:p>
      <w:pPr>
        <w:keepNext/>
        <w:spacing w:after="80"/>
      </w:pPr>
      <w:hyperlink w:anchor="Cancion05" w:history="1">
        <w:r>
          <w:rPr>
            <w:color w:val="1F4E79"/>
            <w:u w:val="single"/>
            <w:sz w:val="34"/>
          </w:rPr>
          <w:t>05  Aunque partió sigue aquí</w:t>
        </w:r>
      </w:hyperlink>
      <w:r>
        <w:rPr>
          <w:sz w:val="22"/>
        </w:rPr>
        <w:t xml:space="preserve">  ·  pág. </w:t>
      </w:r>
      <w:r>
        <w:rPr>
          <w:sz w:val="18"/>
        </w:rPr>
      </w:r>
      <w:fldSimple w:instr="PAGEREF Cancion05 \h">
        <w:r>
          <w:rPr>
            <w:sz w:val="22"/>
          </w:rPr>
          <w:t>25</w:t>
        </w:r>
      </w:fldSimple>
    </w:p>
    <w:p>
      <w:pPr>
        <w:spacing w:after="360"/>
      </w:pPr>
      <w:r>
        <w:rPr>
          <w:sz w:val="28"/>
        </w:rPr>
        <w:t>El amor y las enseñanzas de una madre permanecen después de su partida.</w:t>
      </w:r>
    </w:p>
    <w:p>
      <w:pPr>
        <w:keepNext/>
        <w:spacing w:after="80"/>
      </w:pPr>
      <w:hyperlink w:anchor="Cancion06" w:history="1">
        <w:r>
          <w:rPr>
            <w:color w:val="1F4E79"/>
            <w:u w:val="single"/>
            <w:sz w:val="34"/>
          </w:rPr>
          <w:t>06  Tres regalos</w:t>
        </w:r>
      </w:hyperlink>
      <w:r>
        <w:rPr>
          <w:sz w:val="22"/>
        </w:rPr>
        <w:t xml:space="preserve">  ·  pág. </w:t>
      </w:r>
      <w:r>
        <w:rPr>
          <w:sz w:val="18"/>
        </w:rPr>
      </w:r>
      <w:fldSimple w:instr="PAGEREF Cancion06 \h">
        <w:r>
          <w:rPr>
            <w:sz w:val="22"/>
          </w:rPr>
          <w:t>29</w:t>
        </w:r>
      </w:fldSimple>
    </w:p>
    <w:p>
      <w:pPr>
        <w:spacing w:after="360"/>
      </w:pPr>
      <w:r>
        <w:rPr>
          <w:sz w:val="28"/>
        </w:rPr>
        <w:t>Un agradecimiento a mi madre, mi suegra y mi esposa.</w:t>
      </w:r>
    </w:p>
    <w:p>
      <w:pPr>
        <w:keepNext/>
        <w:spacing w:after="80"/>
      </w:pPr>
      <w:hyperlink w:anchor="Cancion07" w:history="1">
        <w:r>
          <w:rPr>
            <w:color w:val="1F4E79"/>
            <w:u w:val="single"/>
            <w:sz w:val="34"/>
          </w:rPr>
          <w:t>07  Todavía tengo voz</w:t>
        </w:r>
      </w:hyperlink>
      <w:r>
        <w:rPr>
          <w:sz w:val="22"/>
        </w:rPr>
        <w:t xml:space="preserve">  ·  pág. </w:t>
      </w:r>
      <w:r>
        <w:rPr>
          <w:sz w:val="18"/>
        </w:rPr>
      </w:r>
      <w:fldSimple w:instr="PAGEREF Cancion07 \h">
        <w:r>
          <w:rPr>
            <w:sz w:val="22"/>
          </w:rPr>
          <w:t>33</w:t>
        </w:r>
      </w:fldSimple>
    </w:p>
    <w:p>
      <w:pPr>
        <w:spacing w:after="360"/>
      </w:pPr>
      <w:r>
        <w:rPr>
          <w:sz w:val="28"/>
        </w:rPr>
        <w:t>Después de los sesenta también hay sueños, aprendizajes y nuevos comienzos.</w:t>
      </w:r>
    </w:p>
    <w:p>
      <w:pPr>
        <w:keepNext/>
        <w:spacing w:after="80"/>
      </w:pPr>
      <w:hyperlink w:anchor="Cancion08" w:history="1">
        <w:r>
          <w:rPr>
            <w:color w:val="1F4E79"/>
            <w:u w:val="single"/>
            <w:sz w:val="34"/>
          </w:rPr>
          <w:t>08  La sonrisa de mi vecina</w:t>
        </w:r>
      </w:hyperlink>
      <w:r>
        <w:rPr>
          <w:sz w:val="22"/>
        </w:rPr>
        <w:t xml:space="preserve">  ·  pág. </w:t>
      </w:r>
      <w:r>
        <w:rPr>
          <w:sz w:val="18"/>
        </w:rPr>
      </w:r>
      <w:fldSimple w:instr="PAGEREF Cancion08 \h">
        <w:r>
          <w:rPr>
            <w:sz w:val="22"/>
          </w:rPr>
          <w:t>37</w:t>
        </w:r>
      </w:fldSimple>
    </w:p>
    <w:p>
      <w:pPr>
        <w:spacing w:after="360"/>
      </w:pPr>
      <w:r>
        <w:rPr>
          <w:sz w:val="28"/>
        </w:rPr>
        <w:t>Un saludo constante transforma la distancia entre vecinos en cercanía.</w:t>
      </w:r>
    </w:p>
    <w:p>
      <w:pPr>
        <w:keepNext/>
        <w:spacing w:after="80"/>
      </w:pPr>
      <w:hyperlink w:anchor="Cancion09" w:history="1">
        <w:r>
          <w:rPr>
            <w:color w:val="1F4E79"/>
            <w:u w:val="single"/>
            <w:sz w:val="34"/>
          </w:rPr>
          <w:t>09  Lo que permanece acá</w:t>
        </w:r>
      </w:hyperlink>
      <w:r>
        <w:rPr>
          <w:sz w:val="22"/>
        </w:rPr>
        <w:t xml:space="preserve">  ·  pág. </w:t>
      </w:r>
      <w:r>
        <w:rPr>
          <w:sz w:val="18"/>
        </w:rPr>
      </w:r>
      <w:fldSimple w:instr="PAGEREF Cancion09 \h">
        <w:r>
          <w:rPr>
            <w:sz w:val="22"/>
          </w:rPr>
          <w:t>41</w:t>
        </w:r>
      </w:fldSimple>
    </w:p>
    <w:p>
      <w:pPr>
        <w:spacing w:after="360"/>
      </w:pPr>
      <w:r>
        <w:rPr>
          <w:sz w:val="28"/>
        </w:rPr>
        <w:t>Una vieja canción despierta los recuerdos y las ilusiones de la adolescencia.</w:t>
      </w:r>
    </w:p>
    <w:p>
      <w:pPr>
        <w:keepNext/>
        <w:spacing w:after="80"/>
      </w:pPr>
      <w:hyperlink w:anchor="Cancion10" w:history="1">
        <w:r>
          <w:rPr>
            <w:color w:val="1F4E79"/>
            <w:u w:val="single"/>
            <w:sz w:val="34"/>
          </w:rPr>
          <w:t>10  Quinceañera, ven a bailar</w:t>
        </w:r>
      </w:hyperlink>
      <w:r>
        <w:rPr>
          <w:sz w:val="22"/>
        </w:rPr>
        <w:t xml:space="preserve">  ·  pág. </w:t>
      </w:r>
      <w:r>
        <w:rPr>
          <w:sz w:val="18"/>
        </w:rPr>
      </w:r>
      <w:fldSimple w:instr="PAGEREF Cancion10 \h">
        <w:r>
          <w:rPr>
            <w:sz w:val="22"/>
          </w:rPr>
          <w:t>44</w:t>
        </w:r>
      </w:fldSimple>
    </w:p>
    <w:p>
      <w:pPr>
        <w:spacing w:after="360"/>
      </w:pPr>
      <w:r>
        <w:rPr>
          <w:sz w:val="28"/>
        </w:rPr>
        <w:t>La alegría familiar de celebrar quince años y acompañar nuevos sueños.</w:t>
      </w:r>
    </w:p>
    <w:p>
      <w:pPr>
        <w:keepNext/>
        <w:spacing w:after="80"/>
      </w:pPr>
      <w:hyperlink w:anchor="Cancion11" w:history="1">
        <w:r>
          <w:rPr>
            <w:color w:val="1F4E79"/>
            <w:u w:val="single"/>
            <w:sz w:val="34"/>
          </w:rPr>
          <w:t>11  De vecinos a hermanos</w:t>
        </w:r>
      </w:hyperlink>
      <w:r>
        <w:rPr>
          <w:sz w:val="22"/>
        </w:rPr>
        <w:t xml:space="preserve">  ·  pág. </w:t>
      </w:r>
      <w:r>
        <w:rPr>
          <w:sz w:val="18"/>
        </w:rPr>
      </w:r>
      <w:fldSimple w:instr="PAGEREF Cancion11 \h">
        <w:r>
          <w:rPr>
            <w:sz w:val="22"/>
          </w:rPr>
          <w:t>47</w:t>
        </w:r>
      </w:fldSimple>
    </w:p>
    <w:p>
      <w:pPr>
        <w:spacing w:after="360"/>
      </w:pPr>
      <w:r>
        <w:rPr>
          <w:sz w:val="28"/>
        </w:rPr>
        <w:t>Las historias de barrio y una amistad que ha crecido con las familias.</w:t>
      </w:r>
    </w:p>
    <w:p>
      <w:pPr>
        <w:keepNext/>
        <w:spacing w:after="80"/>
      </w:pPr>
      <w:hyperlink w:anchor="Cancion12" w:history="1">
        <w:r>
          <w:rPr>
            <w:color w:val="1F4E79"/>
            <w:u w:val="single"/>
            <w:sz w:val="34"/>
          </w:rPr>
          <w:t>12  No se jubila la vida</w:t>
        </w:r>
      </w:hyperlink>
      <w:r>
        <w:rPr>
          <w:sz w:val="22"/>
        </w:rPr>
        <w:t xml:space="preserve">  ·  pág. </w:t>
      </w:r>
      <w:r>
        <w:rPr>
          <w:sz w:val="18"/>
        </w:rPr>
      </w:r>
      <w:fldSimple w:instr="PAGEREF Cancion12 \h">
        <w:r>
          <w:rPr>
            <w:sz w:val="22"/>
          </w:rPr>
          <w:t>52</w:t>
        </w:r>
      </w:fldSimple>
    </w:p>
    <w:p>
      <w:pPr>
        <w:spacing w:after="360"/>
      </w:pPr>
      <w:r>
        <w:rPr>
          <w:sz w:val="28"/>
        </w:rPr>
        <w:t>La jubilación, la tecnología y el gusto de aprender entre generaciones.</w:t>
      </w:r>
    </w:p>
    <w:p>
      <w:pPr>
        <w:keepNext/>
        <w:spacing w:after="80"/>
      </w:pPr>
      <w:hyperlink w:anchor="Cancion13" w:history="1">
        <w:r>
          <w:rPr>
            <w:color w:val="1F4E79"/>
            <w:u w:val="single"/>
            <w:sz w:val="34"/>
          </w:rPr>
          <w:t>13  ¡Apunte, señorita!</w:t>
        </w:r>
      </w:hyperlink>
      <w:r>
        <w:rPr>
          <w:sz w:val="22"/>
        </w:rPr>
        <w:t xml:space="preserve">  ·  pág. </w:t>
      </w:r>
      <w:r>
        <w:rPr>
          <w:sz w:val="18"/>
        </w:rPr>
      </w:r>
      <w:fldSimple w:instr="PAGEREF Cancion13 \h">
        <w:r>
          <w:rPr>
            <w:sz w:val="22"/>
          </w:rPr>
          <w:t>56</w:t>
        </w:r>
      </w:fldSimple>
    </w:p>
    <w:p>
      <w:pPr>
        <w:spacing w:after="360"/>
      </w:pPr>
      <w:r>
        <w:rPr>
          <w:sz w:val="28"/>
        </w:rPr>
        <w:t>Una encuesta familiar se convierte en una escena de humor e inocencia.</w:t>
      </w:r>
    </w:p>
    <w:p>
      <w:pPr>
        <w:keepNext/>
        <w:spacing w:after="80"/>
      </w:pPr>
      <w:hyperlink w:anchor="Cancion14" w:history="1">
        <w:r>
          <w:rPr>
            <w:color w:val="1F4E79"/>
            <w:u w:val="single"/>
            <w:sz w:val="34"/>
          </w:rPr>
          <w:t>14  Antes de decir que sí</w:t>
        </w:r>
      </w:hyperlink>
      <w:r>
        <w:rPr>
          <w:sz w:val="22"/>
        </w:rPr>
        <w:t xml:space="preserve">  ·  pág. </w:t>
      </w:r>
      <w:r>
        <w:rPr>
          <w:sz w:val="18"/>
        </w:rPr>
      </w:r>
      <w:fldSimple w:instr="PAGEREF Cancion14 \h">
        <w:r>
          <w:rPr>
            <w:sz w:val="22"/>
          </w:rPr>
          <w:t>60</w:t>
        </w:r>
      </w:fldSimple>
    </w:p>
    <w:p>
      <w:pPr>
        <w:spacing w:after="360"/>
      </w:pPr>
      <w:r>
        <w:rPr>
          <w:sz w:val="28"/>
        </w:rPr>
        <w:t>Aprender a elegir nuestros compromisos y responder sin olvidarnos de nosotros.</w:t>
      </w:r>
    </w:p>
    <w:p>
      <w:pPr>
        <w:keepNext/>
        <w:spacing w:after="80"/>
      </w:pPr>
      <w:hyperlink w:anchor="Cancion15" w:history="1">
        <w:r>
          <w:rPr>
            <w:color w:val="1F4E79"/>
            <w:u w:val="single"/>
            <w:sz w:val="34"/>
          </w:rPr>
          <w:t>15  Con cariño y con firmeza</w:t>
        </w:r>
      </w:hyperlink>
      <w:r>
        <w:rPr>
          <w:sz w:val="22"/>
        </w:rPr>
        <w:t xml:space="preserve">  ·  pág. </w:t>
      </w:r>
      <w:r>
        <w:rPr>
          <w:sz w:val="18"/>
        </w:rPr>
      </w:r>
      <w:fldSimple w:instr="PAGEREF Cancion15 \h">
        <w:r>
          <w:rPr>
            <w:sz w:val="22"/>
          </w:rPr>
          <w:t>64</w:t>
        </w:r>
      </w:fldSimple>
    </w:p>
    <w:p>
      <w:pPr>
        <w:spacing w:after="360"/>
      </w:pPr>
      <w:r>
        <w:rPr>
          <w:sz w:val="28"/>
        </w:rPr>
        <w:t>Hablar a tiempo y poner límites con respeto dentro de una relación.</w:t>
      </w:r>
    </w:p>
    <w:p>
      <w:pPr>
        <w:keepNext/>
        <w:spacing w:after="80"/>
      </w:pPr>
      <w:hyperlink w:anchor="Cancion16" w:history="1">
        <w:r>
          <w:rPr>
            <w:color w:val="1F4E79"/>
            <w:u w:val="single"/>
            <w:sz w:val="34"/>
          </w:rPr>
          <w:t>16  Yo también importo</w:t>
        </w:r>
      </w:hyperlink>
      <w:r>
        <w:rPr>
          <w:sz w:val="22"/>
        </w:rPr>
        <w:t xml:space="preserve">  ·  pág. </w:t>
      </w:r>
      <w:r>
        <w:rPr>
          <w:sz w:val="18"/>
        </w:rPr>
      </w:r>
      <w:fldSimple w:instr="PAGEREF Cancion16 \h">
        <w:r>
          <w:rPr>
            <w:sz w:val="22"/>
          </w:rPr>
          <w:t>68</w:t>
        </w:r>
      </w:fldSimple>
    </w:p>
    <w:p>
      <w:pPr>
        <w:spacing w:after="360"/>
      </w:pPr>
      <w:r>
        <w:rPr>
          <w:sz w:val="28"/>
        </w:rPr>
        <w:t>Dar cariño sin dejar nuestros sueños y necesidades al final.</w:t>
      </w:r>
    </w:p>
    <w:p>
      <w:pPr>
        <w:keepNext/>
        <w:spacing w:after="80"/>
      </w:pPr>
      <w:hyperlink w:anchor="Cancion17" w:history="1">
        <w:r>
          <w:rPr>
            <w:color w:val="1F4E79"/>
            <w:u w:val="single"/>
            <w:sz w:val="34"/>
          </w:rPr>
          <w:t>17  Pequeña flor tan roja</w:t>
        </w:r>
      </w:hyperlink>
      <w:r>
        <w:rPr>
          <w:sz w:val="22"/>
        </w:rPr>
        <w:t xml:space="preserve">  ·  pág. </w:t>
      </w:r>
      <w:r>
        <w:rPr>
          <w:sz w:val="18"/>
        </w:rPr>
      </w:r>
      <w:fldSimple w:instr="PAGEREF Cancion17 \h">
        <w:r>
          <w:rPr>
            <w:sz w:val="22"/>
          </w:rPr>
          <w:t>72</w:t>
        </w:r>
      </w:fldSimple>
    </w:p>
    <w:p>
      <w:pPr>
        <w:spacing w:after="360"/>
      </w:pPr>
      <w:r>
        <w:rPr>
          <w:sz w:val="28"/>
        </w:rPr>
        <w:t>Una flor que crece entre dificultades descubre el valor de su propio color.</w:t>
      </w:r>
    </w:p>
    <w:p>
      <w:pPr>
        <w:keepNext/>
        <w:spacing w:after="80"/>
      </w:pPr>
      <w:hyperlink w:anchor="Cancion18" w:history="1">
        <w:r>
          <w:rPr>
            <w:color w:val="1F4E79"/>
            <w:u w:val="single"/>
            <w:sz w:val="34"/>
          </w:rPr>
          <w:t>18  Lo que callé</w:t>
        </w:r>
      </w:hyperlink>
      <w:r>
        <w:rPr>
          <w:sz w:val="22"/>
        </w:rPr>
        <w:t xml:space="preserve">  ·  pág. </w:t>
      </w:r>
      <w:r>
        <w:rPr>
          <w:sz w:val="18"/>
        </w:rPr>
      </w:r>
      <w:fldSimple w:instr="PAGEREF Cancion18 \h">
        <w:r>
          <w:rPr>
            <w:sz w:val="22"/>
          </w:rPr>
          <w:t>76</w:t>
        </w:r>
      </w:fldSimple>
    </w:p>
    <w:p>
      <w:pPr>
        <w:spacing w:after="360"/>
      </w:pPr>
      <w:r>
        <w:rPr>
          <w:sz w:val="28"/>
        </w:rPr>
        <w:t>Dar voz a los sentimientos que hemos guardado detrás de una sonrisa.</w:t>
      </w:r>
    </w:p>
    <w:p>
      <w:pPr>
        <w:keepNext/>
        <w:spacing w:after="80"/>
      </w:pPr>
      <w:hyperlink w:anchor="Cancion19" w:history="1">
        <w:r>
          <w:rPr>
            <w:color w:val="1F4E79"/>
            <w:u w:val="single"/>
            <w:sz w:val="34"/>
          </w:rPr>
          <w:t>19  Te perdono y sigo andando</w:t>
        </w:r>
      </w:hyperlink>
      <w:r>
        <w:rPr>
          <w:sz w:val="22"/>
        </w:rPr>
        <w:t xml:space="preserve">  ·  pág. </w:t>
      </w:r>
      <w:r>
        <w:rPr>
          <w:sz w:val="18"/>
        </w:rPr>
      </w:r>
      <w:fldSimple w:instr="PAGEREF Cancion19 \h">
        <w:r>
          <w:rPr>
            <w:sz w:val="22"/>
          </w:rPr>
          <w:t>79</w:t>
        </w:r>
      </w:fldSimple>
    </w:p>
    <w:p>
      <w:pPr>
        <w:spacing w:after="360"/>
      </w:pPr>
      <w:r>
        <w:rPr>
          <w:sz w:val="28"/>
        </w:rPr>
        <w:t>Soltar el rencor y seguir caminando sin negar el daño vivido.</w:t>
      </w:r>
    </w:p>
    <w:p>
      <w:pPr>
        <w:keepNext/>
        <w:spacing w:after="80"/>
      </w:pPr>
      <w:hyperlink w:anchor="Cancion20" w:history="1">
        <w:r>
          <w:rPr>
            <w:color w:val="1F4E79"/>
            <w:u w:val="single"/>
            <w:sz w:val="34"/>
          </w:rPr>
          <w:t>20  El respeto empieza conmigo</w:t>
        </w:r>
      </w:hyperlink>
      <w:r>
        <w:rPr>
          <w:sz w:val="22"/>
        </w:rPr>
        <w:t xml:space="preserve">  ·  pág. </w:t>
      </w:r>
      <w:r>
        <w:rPr>
          <w:sz w:val="18"/>
        </w:rPr>
      </w:r>
      <w:fldSimple w:instr="PAGEREF Cancion20 \h">
        <w:r>
          <w:rPr>
            <w:sz w:val="22"/>
          </w:rPr>
          <w:t>82</w:t>
        </w:r>
      </w:fldSimple>
    </w:p>
    <w:p>
      <w:pPr>
        <w:spacing w:after="360"/>
      </w:pPr>
      <w:r>
        <w:rPr>
          <w:sz w:val="28"/>
        </w:rPr>
        <w:t>El respeto propio empieza en pequeñas decisiones y promesas cotidianas.</w:t>
      </w:r>
    </w:p>
    <w:p>
      <w:pPr>
        <w:keepNext/>
        <w:spacing w:after="80"/>
      </w:pPr>
      <w:hyperlink w:anchor="Cancion21" w:history="1">
        <w:r>
          <w:rPr>
            <w:color w:val="1F4E79"/>
            <w:u w:val="single"/>
            <w:sz w:val="34"/>
          </w:rPr>
          <w:t>21  Qué relajo, Simón</w:t>
        </w:r>
      </w:hyperlink>
      <w:r>
        <w:rPr>
          <w:sz w:val="22"/>
        </w:rPr>
        <w:t xml:space="preserve">  ·  pág. </w:t>
      </w:r>
      <w:r>
        <w:rPr>
          <w:sz w:val="18"/>
        </w:rPr>
      </w:r>
      <w:fldSimple w:instr="PAGEREF Cancion21 \h">
        <w:r>
          <w:rPr>
            <w:sz w:val="22"/>
          </w:rPr>
          <w:t>86</w:t>
        </w:r>
      </w:fldSimple>
    </w:p>
    <w:p>
      <w:pPr>
        <w:spacing w:after="360"/>
      </w:pPr>
      <w:r>
        <w:rPr>
          <w:sz w:val="28"/>
        </w:rPr>
        <w:t>Los preparativos y despistes de un barrio ante un temporal, contados con humor.</w:t>
      </w:r>
    </w:p>
    <w:p>
      <w:pPr>
        <w:keepNext/>
        <w:spacing w:after="80"/>
      </w:pPr>
      <w:hyperlink w:anchor="Cancion22" w:history="1">
        <w:r>
          <w:rPr>
            <w:color w:val="1F4E79"/>
            <w:u w:val="single"/>
            <w:sz w:val="34"/>
          </w:rPr>
          <w:t>22  Volver a Intentarlo</w:t>
        </w:r>
      </w:hyperlink>
      <w:r>
        <w:rPr>
          <w:sz w:val="22"/>
        </w:rPr>
        <w:t xml:space="preserve">  ·  pág. </w:t>
      </w:r>
      <w:r>
        <w:rPr>
          <w:sz w:val="18"/>
        </w:rPr>
      </w:r>
      <w:fldSimple w:instr="PAGEREF Cancion22 \h">
        <w:r>
          <w:rPr>
            <w:sz w:val="22"/>
          </w:rPr>
          <w:t>90</w:t>
        </w:r>
      </w:fldSimple>
    </w:p>
    <w:p>
      <w:pPr>
        <w:spacing w:after="360"/>
      </w:pPr>
      <w:r>
        <w:rPr>
          <w:sz w:val="28"/>
        </w:rPr>
        <w:t>Una reunión difícil deja tristeza, pero también ganas de volver a intentarlo.</w:t>
      </w:r>
    </w:p>
    <w:p>
      <w:pPr>
        <w:keepNext/>
        <w:spacing w:after="80"/>
      </w:pPr>
      <w:hyperlink w:anchor="Cancion23" w:history="1">
        <w:r>
          <w:rPr>
            <w:color w:val="1F4E79"/>
            <w:u w:val="single"/>
            <w:sz w:val="34"/>
          </w:rPr>
          <w:t>23  Mazatlán, me duele verte</w:t>
        </w:r>
      </w:hyperlink>
      <w:r>
        <w:rPr>
          <w:sz w:val="22"/>
        </w:rPr>
        <w:t xml:space="preserve">  ·  pág. </w:t>
      </w:r>
      <w:r>
        <w:rPr>
          <w:sz w:val="18"/>
        </w:rPr>
      </w:r>
      <w:fldSimple w:instr="PAGEREF Cancion23 \h">
        <w:r>
          <w:rPr>
            <w:sz w:val="22"/>
          </w:rPr>
          <w:t>94</w:t>
        </w:r>
      </w:fldSimple>
    </w:p>
    <w:p>
      <w:pPr>
        <w:spacing w:after="360"/>
      </w:pPr>
      <w:r>
        <w:rPr>
          <w:sz w:val="28"/>
        </w:rPr>
        <w:t>El dolor de ver herido el malecón y la esperanza de volver a recorrerlo.</w:t>
      </w:r>
    </w:p>
    <w:p>
      <w:pPr>
        <w:keepNext/>
        <w:spacing w:after="80"/>
      </w:pPr>
      <w:hyperlink w:anchor="Cancion24" w:history="1">
        <w:r>
          <w:rPr>
            <w:color w:val="1F4E79"/>
            <w:u w:val="single"/>
            <w:sz w:val="34"/>
          </w:rPr>
          <w:t>24  El Aventón</w:t>
        </w:r>
      </w:hyperlink>
      <w:r>
        <w:rPr>
          <w:sz w:val="22"/>
        </w:rPr>
        <w:t xml:space="preserve">  ·  pág. </w:t>
      </w:r>
      <w:r>
        <w:rPr>
          <w:sz w:val="18"/>
        </w:rPr>
      </w:r>
      <w:fldSimple w:instr="PAGEREF Cancion24 \h">
        <w:r>
          <w:rPr>
            <w:sz w:val="22"/>
          </w:rPr>
          <w:t>98</w:t>
        </w:r>
      </w:fldSimple>
    </w:p>
    <w:p>
      <w:pPr>
        <w:spacing w:after="360"/>
      </w:pPr>
      <w:r>
        <w:rPr>
          <w:sz w:val="28"/>
        </w:rPr>
        <w:t>Una anécdota de mi padre y los aventones en moto después del trabajo.</w:t>
      </w:r>
    </w:p>
    <w:p>
      <w:pPr>
        <w:keepNext/>
        <w:spacing w:after="80"/>
      </w:pPr>
      <w:hyperlink w:anchor="Cancion25" w:history="1">
        <w:r>
          <w:rPr>
            <w:color w:val="1F4E79"/>
            <w:u w:val="single"/>
            <w:sz w:val="34"/>
          </w:rPr>
          <w:t>25  Mazorcas y Don Luis</w:t>
        </w:r>
      </w:hyperlink>
      <w:r>
        <w:rPr>
          <w:sz w:val="22"/>
        </w:rPr>
        <w:t xml:space="preserve">  ·  pág. </w:t>
      </w:r>
      <w:r>
        <w:rPr>
          <w:sz w:val="18"/>
        </w:rPr>
      </w:r>
      <w:fldSimple w:instr="PAGEREF Cancion25 \h">
        <w:r>
          <w:rPr>
            <w:sz w:val="22"/>
          </w:rPr>
          <w:t>101</w:t>
        </w:r>
      </w:fldSimple>
    </w:p>
    <w:p>
      <w:pPr>
        <w:spacing w:after="360"/>
      </w:pPr>
      <w:r>
        <w:rPr>
          <w:sz w:val="28"/>
        </w:rPr>
        <w:t>La versión más pícara de la historia de don Luis y El Mazorcas.</w:t>
      </w:r>
    </w:p>
    <w:p>
      <w:pPr>
        <w:keepNext/>
        <w:spacing w:after="80"/>
      </w:pPr>
      <w:hyperlink w:anchor="Cancion26" w:history="1">
        <w:r>
          <w:rPr>
            <w:color w:val="1F4E79"/>
            <w:u w:val="single"/>
            <w:sz w:val="34"/>
          </w:rPr>
          <w:t>26  ¿Quién le debe paz a Mazatlán?</w:t>
        </w:r>
      </w:hyperlink>
      <w:r>
        <w:rPr>
          <w:sz w:val="22"/>
        </w:rPr>
        <w:t xml:space="preserve">  ·  pág. </w:t>
      </w:r>
      <w:r>
        <w:rPr>
          <w:sz w:val="18"/>
        </w:rPr>
      </w:r>
      <w:fldSimple w:instr="PAGEREF Cancion26 \h">
        <w:r>
          <w:rPr>
            <w:sz w:val="22"/>
          </w:rPr>
          <w:t>105</w:t>
        </w:r>
      </w:fldSimple>
    </w:p>
    <w:p>
      <w:pPr>
        <w:spacing w:after="360"/>
      </w:pPr>
      <w:r>
        <w:rPr>
          <w:sz w:val="28"/>
        </w:rPr>
        <w:t>El amor por Mazatlán y una pregunta por la paz y la justicia.</w:t>
      </w:r>
    </w:p>
    <w:p>
      <w:pPr>
        <w:keepNext/>
        <w:spacing w:after="80"/>
      </w:pPr>
      <w:hyperlink w:anchor="Cancion27" w:history="1">
        <w:r>
          <w:rPr>
            <w:color w:val="1F4E79"/>
            <w:u w:val="single"/>
            <w:sz w:val="34"/>
          </w:rPr>
          <w:t>27  Who Owes Mazatlán Its Peace?</w:t>
        </w:r>
      </w:hyperlink>
      <w:r>
        <w:rPr>
          <w:sz w:val="22"/>
        </w:rPr>
        <w:t xml:space="preserve">  ·  pág. </w:t>
      </w:r>
      <w:r>
        <w:rPr>
          <w:sz w:val="18"/>
        </w:rPr>
      </w:r>
      <w:fldSimple w:instr="PAGEREF Cancion27 \h">
        <w:r>
          <w:rPr>
            <w:sz w:val="22"/>
          </w:rPr>
          <w:t>109</w:t>
        </w:r>
      </w:fldSimple>
    </w:p>
    <w:p>
      <w:pPr>
        <w:spacing w:after="360"/>
      </w:pPr>
      <w:r>
        <w:rPr>
          <w:sz w:val="28"/>
        </w:rPr>
        <w:t>La petición de paz para Mazatlán compartida también en inglés.</w:t>
      </w:r>
    </w:p>
    <w:p>
      <w:bookmarkStart w:id="2" w:name="Cancion01"/>
      <w:pPr>
        <w:pStyle w:val="Heading1"/>
        <w:pageBreakBefore/>
      </w:pPr>
      <w:r>
        <w:rPr>
          <w:color w:val="000000"/>
        </w:rPr>
        <w:t>No dejemos para luego</w:t>
      </w:r>
      <w:bookmarkEnd w:id="2"/>
    </w:p>
    <w:p>
      <w:pPr>
        <w:spacing w:after="280"/>
      </w:pPr>
      <w:hyperlink w:anchor="Indice" w:history="1">
        <w:r>
          <w:rPr>
            <w:color w:val="1F4E79"/>
            <w:u w:val="single"/>
            <w:sz w:val="24"/>
          </w:rPr>
          <w:t>Volver al índice</w:t>
        </w:r>
      </w:hyperlink>
    </w:p>
    <w:p>
      <w:pPr>
        <w:spacing w:after="400"/>
      </w:pPr>
      <w:r>
        <w:t>Nació de la alegría de volver a reunirnos con amigos y recordar lo que hemos vivido juntos. Cuando nos reencontramos, vuelven las conversaciones y las risas que el tiempo no ha borrado. Cada uno llega con su propia historia, sus responsabilidades y sus razones para estar o faltar. La invitación de esta canción quiere cuidar esa amistad y agradecer que todavía podemos compartirla. Quise convertir ese encuentro en una invitación a buscarnos mientras tenemos tiempo, salud y ganas. El cariño merece expresarse hoy. Una llamada, una charla o un abrazo pueden hacer más cercana la vida.</w:t>
      </w:r>
    </w:p>
    <w:p>
      <w:pPr>
        <w:keepLines/>
        <w:spacing w:line="420" w:lineRule="exact" w:after="160"/>
      </w:pPr>
      <w:r>
        <w:t>Ayer nos regaló la vida</w:t>
        <w:br/>
        <w:t>una tarde para recordar;</w:t>
        <w:br/>
        <w:t>la amistad, siempre encendida,</w:t>
        <w:br/>
        <w:t>nos volvió a reunir para abrazar.</w:t>
        <w:br/>
        <w:t>Después del tiempo y la distancia,</w:t>
        <w:br/>
        <w:t>nos volvimos a encontrar,</w:t>
        <w:br/>
        <w:t>y entre risas y nostalgia</w:t>
        <w:br/>
        <w:t>renacieron las ganas de soñar.</w:t>
      </w:r>
    </w:p>
    <w:p>
      <w:pPr>
        <w:keepLines/>
        <w:spacing w:line="420" w:lineRule="exact" w:after="160"/>
      </w:pPr>
      <w:r>
        <w:t>Luego llegaron los amigos,</w:t>
        <w:br/>
        <w:t>la tarde quiso continuar;</w:t>
        <w:br/>
        <w:t>entre canciones y recuerdos,</w:t>
        <w:br/>
        <w:t>la historia volvió a conversar.</w:t>
      </w:r>
    </w:p>
    <w:p>
      <w:pPr>
        <w:keepLines/>
        <w:spacing w:line="420" w:lineRule="exact" w:after="160"/>
      </w:pPr>
      <w:r>
        <w:t>Amigos, no dejemos para luego</w:t>
        <w:br/>
        <w:t>el abrazo que podemos dar;</w:t>
        <w:br/>
        <w:t>la vida cambia sin aviso,</w:t>
        <w:br/>
        <w:t>como la marea sobre el mar.</w:t>
        <w:br/>
        <w:t>Si tenemos salud y tiempo,</w:t>
        <w:br/>
        <w:t>si aún nos quedan ganas de reír,</w:t>
        <w:br/>
        <w:t>busquémonos mientras podamos,</w:t>
        <w:br/>
        <w:t>que la amistad nos haga vivir.</w:t>
      </w:r>
    </w:p>
    <w:p>
      <w:pPr>
        <w:keepLines/>
        <w:spacing w:line="420" w:lineRule="exact" w:after="160"/>
      </w:pPr>
      <w:r>
        <w:t>Hablamos de los viejos días,</w:t>
        <w:br/>
        <w:t>del muchacho que un día fui,</w:t>
        <w:br/>
        <w:t>guardado en fotografías,</w:t>
        <w:br/>
        <w:t>en cada historia que viví.</w:t>
        <w:br/>
        <w:t>No importa si alguien no se acerca,</w:t>
        <w:br/>
        <w:t>cada quien tiene su razón:</w:t>
        <w:br/>
        <w:t>la familia, el trabajo, el cuerpo</w:t>
        <w:br/>
        <w:t>o los caminos del corazón.</w:t>
      </w:r>
    </w:p>
    <w:p>
      <w:pPr>
        <w:keepLines/>
        <w:spacing w:line="420" w:lineRule="exact" w:after="160"/>
      </w:pPr>
      <w:r>
        <w:t>Yo no convoco por costumbre</w:t>
        <w:br/>
        <w:t>ni por orgullo personal;</w:t>
        <w:br/>
        <w:t>solo quisiera que volvamos</w:t>
        <w:br/>
        <w:t>a lo que nos hizo fraternar.</w:t>
      </w:r>
    </w:p>
    <w:p>
      <w:pPr>
        <w:keepLines/>
        <w:spacing w:line="420" w:lineRule="exact" w:after="160"/>
      </w:pPr>
      <w:r>
        <w:t>Amigos, no dejemos para luego</w:t>
        <w:br/>
        <w:t>el abrazo que podemos dar;</w:t>
        <w:br/>
        <w:t>la vida cambia sin aviso,</w:t>
        <w:br/>
        <w:t>como la marea sobre el mar.</w:t>
        <w:br/>
        <w:t>Si tenemos salud y tiempo,</w:t>
        <w:br/>
        <w:t>si aún nos quedan ganas de reír,</w:t>
        <w:br/>
        <w:t>busquémonos mientras podamos,</w:t>
        <w:br/>
        <w:t>que la amistad nos haga vivir.</w:t>
      </w:r>
    </w:p>
    <w:p>
      <w:pPr>
        <w:keepLines/>
        <w:spacing w:line="420" w:lineRule="exact" w:after="160"/>
      </w:pPr>
      <w:r>
        <w:t>Hoy, cinco de septiembre,</w:t>
        <w:br/>
        <w:t>México empieza a perfumar;</w:t>
        <w:br/>
        <w:t>huele a campanas y recuerdos,</w:t>
        <w:br/>
        <w:t>a mi familia y mi hogar.</w:t>
        <w:br/>
        <w:t>Vuelven mis padres y mi infancia,</w:t>
        <w:br/>
        <w:t>los años que me dieron voz;</w:t>
        <w:br/>
        <w:t>y doy las gracias a la vida,</w:t>
        <w:br/>
        <w:t>pidiendo salud a Dios.</w:t>
      </w:r>
    </w:p>
    <w:p>
      <w:pPr>
        <w:keepLines/>
        <w:spacing w:line="420" w:lineRule="exact" w:after="160"/>
      </w:pPr>
      <w:r>
        <w:t>Que me conserve el entusiasmo,</w:t>
        <w:br/>
        <w:t>las manos listas para ayudar,</w:t>
        <w:br/>
        <w:t>servir a mi familia y amigos</w:t>
        <w:br/>
        <w:t>y a mi México siempre amar.</w:t>
        <w:br/>
        <w:t>Mientras despierten nuevas ganas</w:t>
        <w:br/>
        <w:t>de hacer el bien y agradecer,</w:t>
        <w:br/>
        <w:t>que nunca falte una reunión</w:t>
        <w:br/>
        <w:t>ni un corazón para volver.</w:t>
      </w:r>
    </w:p>
    <w:p>
      <w:pPr>
        <w:keepLines/>
        <w:spacing w:line="420" w:lineRule="exact" w:after="160"/>
      </w:pPr>
      <w:r>
        <w:t>Amigos, no dejemos para luego</w:t>
        <w:br/>
        <w:t>las palabras por compartir;</w:t>
        <w:br/>
        <w:t>digamos hoy cuánto nos queremos,</w:t>
        <w:br/>
        <w:t>celebremos seguir aquí.</w:t>
        <w:br/>
        <w:t>Con nostalgia y fraternidad,</w:t>
        <w:br/>
        <w:t>levantemos juntos la voz;</w:t>
        <w:br/>
        <w:t>que la amistad nos encuentre vivos</w:t>
        <w:br/>
        <w:t>y nos reúna el corazón.</w:t>
      </w:r>
    </w:p>
    <w:p>
      <w:pPr>
        <w:keepNext/>
        <w:keepLines/>
        <w:spacing w:line="420" w:lineRule="exact" w:after="160"/>
      </w:pPr>
      <w:r>
        <w:t>Mientras podamos abrazarnos,</w:t>
        <w:br/>
        <w:t>mientras podamos conversar,</w:t>
        <w:br/>
        <w:t>no dejemos para después</w:t>
        <w:br/>
        <w:t>el regalo de volvernos a encontrar.</w:t>
      </w:r>
    </w:p>
    <w:p>
      <w:hyperlink w:anchor="Indice" w:history="1">
        <w:r>
          <w:rPr>
            <w:color w:val="1F4E79"/>
            <w:u w:val="single"/>
            <w:sz w:val="24"/>
          </w:rPr>
          <w:t>Volver al índice</w:t>
        </w:r>
      </w:hyperlink>
    </w:p>
    <w:p>
      <w:bookmarkStart w:id="3" w:name="Cancion02"/>
      <w:pPr>
        <w:pStyle w:val="Heading1"/>
        <w:pageBreakBefore/>
      </w:pPr>
      <w:r>
        <w:rPr>
          <w:color w:val="000000"/>
        </w:rPr>
        <w:t>Mi mar querido</w:t>
      </w:r>
      <w:bookmarkEnd w:id="3"/>
    </w:p>
    <w:p>
      <w:pPr>
        <w:spacing w:after="280"/>
      </w:pPr>
      <w:hyperlink w:anchor="Indice" w:history="1">
        <w:r>
          <w:rPr>
            <w:color w:val="1F4E79"/>
            <w:u w:val="single"/>
            <w:sz w:val="24"/>
          </w:rPr>
          <w:t>Volver al índice</w:t>
        </w:r>
      </w:hyperlink>
    </w:p>
    <w:p>
      <w:pPr>
        <w:spacing w:after="400"/>
      </w:pPr>
      <w:r>
        <w:t>Nació frente al mar de Mazatlán, al contemplarlo y escuchar sus olas. Su calma y su fuerza me hicieron pensar en nuestra propia vida. Al mirar sus aguas encuentro tranquilidad, pero también recuerdo que esa misma inmensidad puede cambiar de rostro. Sus olas me hacen pensar en los días transparentes y en aquellos que nos sacuden. De esa conversación con el paisaje surge un agradecimiento que lleva también conciencia de nuestra fragilidad. Quise agradecerle lo que nos da y expresar el respeto que merece su inmensidad. La vida cambia como el mar. Disfrutemos la calma y conservemos la esperanza cuando llegue la tormenta.</w:t>
      </w:r>
    </w:p>
    <w:p>
      <w:pPr>
        <w:keepLines/>
        <w:spacing w:line="420" w:lineRule="exact" w:after="160"/>
      </w:pPr>
      <w:r>
        <w:t>Hoy estoy frente a ti,</w:t>
        <w:br/>
        <w:t>mi mar, mi mar querido;</w:t>
        <w:br/>
        <w:t>hoy estoy frente a ti,</w:t>
        <w:br/>
        <w:t>escuchando tu latido.</w:t>
        <w:br/>
        <w:t>Tan tranquilo y tan sereno,</w:t>
        <w:br/>
        <w:t>como un viejo amigo mío.</w:t>
      </w:r>
    </w:p>
    <w:p>
      <w:pPr>
        <w:keepLines/>
        <w:spacing w:line="420" w:lineRule="exact" w:after="160"/>
      </w:pPr>
      <w:r>
        <w:t>A veces cantas bajito,</w:t>
        <w:br/>
        <w:t>otras lloras de pasión;</w:t>
        <w:br/>
        <w:t>cuando el huracán te toca,</w:t>
        <w:br/>
        <w:t>se estremece el corazón.</w:t>
        <w:br/>
        <w:t>Se oscurecen tus entrañas</w:t>
        <w:br/>
        <w:t>y se alza tu inmensidad.</w:t>
      </w:r>
    </w:p>
    <w:p>
      <w:pPr>
        <w:keepLines/>
        <w:spacing w:line="420" w:lineRule="exact" w:after="160"/>
      </w:pPr>
      <w:r>
        <w:t>En tu calma encuentro paz,</w:t>
        <w:br/>
        <w:t>en tu fuerza, una verdad:</w:t>
        <w:br/>
        <w:t>que la vida es como el agua,</w:t>
        <w:br/>
        <w:t>nunca deja de cambiar.</w:t>
      </w:r>
    </w:p>
    <w:p>
      <w:pPr>
        <w:keepLines/>
        <w:spacing w:line="420" w:lineRule="exact" w:after="160"/>
      </w:pPr>
      <w:r>
        <w:t>Mi mar querido,</w:t>
        <w:br/>
        <w:t>mar de mi vida y mi corazón;</w:t>
        <w:br/>
        <w:t>en cada ola</w:t>
        <w:br/>
        <w:t>me regalas una razón.</w:t>
        <w:br/>
        <w:t>Soy tan pequeño ante tu inmensidad,</w:t>
        <w:br/>
        <w:t>pero contigo me siento vivo de verdad.</w:t>
      </w:r>
    </w:p>
    <w:p>
      <w:pPr>
        <w:keepLines/>
        <w:spacing w:line="420" w:lineRule="exact" w:after="160"/>
      </w:pPr>
      <w:r>
        <w:t>Tú me regalas energía,</w:t>
        <w:br/>
        <w:t>alimento y claridad;</w:t>
        <w:br/>
        <w:t>en el rumor de tus olas</w:t>
        <w:br/>
        <w:t>siento fuerza para andar.</w:t>
        <w:br/>
        <w:t>Cada espuma que se acerca</w:t>
        <w:br/>
        <w:t>trae esperanza hasta la orilla.</w:t>
      </w:r>
    </w:p>
    <w:p>
      <w:pPr>
        <w:keepLines/>
        <w:spacing w:line="420" w:lineRule="exact" w:after="160"/>
      </w:pPr>
      <w:r>
        <w:t>Pero también me recuerdas</w:t>
        <w:br/>
        <w:t>que la vida es de cristal:</w:t>
        <w:br/>
        <w:t>hoy nos acaricias suave</w:t>
        <w:br/>
        <w:t>y mañana, quién sabrá.</w:t>
        <w:br/>
        <w:t>En un instante la existencia</w:t>
        <w:br/>
        <w:t>puede cambiar como el mar.</w:t>
      </w:r>
    </w:p>
    <w:p>
      <w:pPr>
        <w:keepLines/>
        <w:spacing w:line="420" w:lineRule="exact" w:after="160"/>
      </w:pPr>
      <w:r>
        <w:t>Hay días claros y serenos,</w:t>
        <w:br/>
        <w:t>otros de oscuridad;</w:t>
        <w:br/>
        <w:t>pero siempre hay otra aurora</w:t>
        <w:br/>
        <w:t>y otra ola llegará.</w:t>
      </w:r>
    </w:p>
    <w:p>
      <w:pPr>
        <w:keepLines/>
        <w:spacing w:line="420" w:lineRule="exact" w:after="160"/>
      </w:pPr>
      <w:r>
        <w:t>Mi mar querido,</w:t>
        <w:br/>
        <w:t>mar de mi vida y mi corazón;</w:t>
        <w:br/>
        <w:t>en cada ola</w:t>
        <w:br/>
        <w:t>me regalas una razón.</w:t>
        <w:br/>
        <w:t>Soy tan pequeño ante tu inmensidad,</w:t>
        <w:br/>
        <w:t>pero contigo me siento vivo de verdad.</w:t>
      </w:r>
    </w:p>
    <w:p>
      <w:pPr>
        <w:keepLines/>
        <w:spacing w:line="420" w:lineRule="exact" w:after="160"/>
      </w:pPr>
      <w:r>
        <w:t>Hoy vengo a rendirte homenaje,</w:t>
        <w:br/>
        <w:t>a escuchar tu antigua voz;</w:t>
        <w:br/>
        <w:t>eres espejo de mi vida,</w:t>
        <w:br/>
        <w:t>de mi esperanza y mi temor.</w:t>
        <w:br/>
        <w:t>Me enseñas que aun en la tormenta</w:t>
        <w:br/>
        <w:t>puede renacer el sol.</w:t>
      </w:r>
    </w:p>
    <w:p>
      <w:pPr>
        <w:keepLines/>
        <w:spacing w:line="420" w:lineRule="exact" w:after="160"/>
      </w:pPr>
      <w:r>
        <w:t>Mi mar querido,</w:t>
        <w:br/>
        <w:t>mar de mi vida y mi corazón;</w:t>
        <w:br/>
        <w:t>cuando te escucho,</w:t>
        <w:br/>
        <w:t>también escucho quién soy.</w:t>
        <w:br/>
        <w:t>Soy tan pequeño ante tu inmensidad,</w:t>
        <w:br/>
        <w:t>pero contigo me siento vivo…</w:t>
        <w:br/>
        <w:t>vivo de verdad.</w:t>
      </w:r>
    </w:p>
    <w:p>
      <w:pPr>
        <w:keepNext/>
        <w:keepLines/>
        <w:spacing w:line="420" w:lineRule="exact" w:after="160"/>
      </w:pPr>
      <w:r>
        <w:t>Mi mar…</w:t>
        <w:br/>
        <w:t>mi mar querido…</w:t>
        <w:br/>
        <w:t>escuchándote hablar.</w:t>
      </w:r>
    </w:p>
    <w:p>
      <w:hyperlink w:anchor="Indice" w:history="1">
        <w:r>
          <w:rPr>
            <w:color w:val="1F4E79"/>
            <w:u w:val="single"/>
            <w:sz w:val="24"/>
          </w:rPr>
          <w:t>Volver al índice</w:t>
        </w:r>
      </w:hyperlink>
    </w:p>
    <w:p>
      <w:bookmarkStart w:id="4" w:name="Cancion03"/>
      <w:pPr>
        <w:pStyle w:val="Heading1"/>
        <w:pageBreakBefore/>
      </w:pPr>
      <w:r>
        <w:rPr>
          <w:color w:val="000000"/>
        </w:rPr>
        <w:t>Insiste pajarillo</w:t>
      </w:r>
      <w:bookmarkEnd w:id="4"/>
    </w:p>
    <w:p>
      <w:pPr>
        <w:spacing w:after="280"/>
      </w:pPr>
      <w:hyperlink w:anchor="Indice" w:history="1">
        <w:r>
          <w:rPr>
            <w:color w:val="1F4E79"/>
            <w:u w:val="single"/>
            <w:sz w:val="24"/>
          </w:rPr>
          <w:t>Volver al índice</w:t>
        </w:r>
      </w:hyperlink>
    </w:p>
    <w:p>
      <w:pPr>
        <w:spacing w:after="400"/>
      </w:pPr>
      <w:r>
        <w:t>Nació de una historia propia con una golondrina que insistía en encontrar un lugar para hacer su nido. Mientras ella volvía con sus ramitas, nosotros veíamos el inconveniente de tener un nido cerca. Su esfuerzo terminó por cambiar la manera de mirar aquella escena. Además de insistir, el pequeño pájaro nos invita a hacer espacio y reconocer que también otros seres buscan refugio y cuidado. Quise transformar aquella escena sencilla en una canción que pudiera hablarles también a los niños. La constancia ayuda a avanzar, pero también debemos aprender a comprender y cuidar la vida que nos rodea.</w:t>
      </w:r>
    </w:p>
    <w:p>
      <w:pPr>
        <w:keepLines/>
        <w:spacing w:line="420" w:lineRule="exact" w:after="160"/>
      </w:pPr>
      <w:r>
        <w:t>Una linda mañana tocó mi puerta,</w:t>
        <w:br/>
        <w:t>con un golpecito suave de canción,</w:t>
        <w:br/>
        <w:t>era una golondrina de pluma inquieta,</w:t>
        <w:br/>
        <w:t>buscando un rinconcito para su nido de amor.</w:t>
        <w:br/>
        <w:t>Voló por la ventana, miró cada esquina,</w:t>
        <w:br/>
        <w:t>probó bajo el alero, volvió a comenzar,</w:t>
        <w:br/>
        <w:t>pero nosotros dijimos: “Ensucia la casa”,</w:t>
        <w:br/>
        <w:t>y quisimos sus ramitas de allí quitar.</w:t>
      </w:r>
    </w:p>
    <w:p>
      <w:pPr>
        <w:keepLines/>
        <w:spacing w:line="420" w:lineRule="exact" w:after="160"/>
      </w:pPr>
      <w:r>
        <w:t>Mas ella no se fue,</w:t>
        <w:br/>
        <w:t>ni dejó de intentar,</w:t>
        <w:br/>
        <w:t>con paciencia y con cuidado</w:t>
        <w:br/>
        <w:t>volvió a trabajar.</w:t>
      </w:r>
    </w:p>
    <w:p>
      <w:pPr>
        <w:keepLines/>
        <w:spacing w:line="420" w:lineRule="exact" w:after="160"/>
      </w:pPr>
      <w:r>
        <w:t>Insiste, pajarillo, insiste una vez más,</w:t>
        <w:br/>
        <w:t>si encuentras un obstáculo, lo puedes superar.</w:t>
        <w:br/>
        <w:t>Con alas pequeñitas y un sueño de verdad,</w:t>
        <w:br/>
        <w:t>pasito a paso, niño, se llega mucho más.</w:t>
      </w:r>
    </w:p>
    <w:p>
      <w:pPr>
        <w:keepLines/>
        <w:spacing w:line="420" w:lineRule="exact" w:after="160"/>
      </w:pPr>
      <w:r>
        <w:t>Buscó un lugar seguro, cerquita del techo,</w:t>
        <w:br/>
        <w:t>acomodó una ramita, después otra también,</w:t>
        <w:br/>
        <w:t>si una mano apartaba su pequeño proyecto,</w:t>
        <w:br/>
        <w:t>ella alzaba el vuelo y regresaba otra vez.</w:t>
        <w:br/>
        <w:t>No quería hacernos daño, solo estaba buscando</w:t>
        <w:br/>
        <w:t>un hogar para sus hijos al calor del sol,</w:t>
        <w:br/>
        <w:t>y aprendimos que la casa también puede ser grande</w:t>
        <w:br/>
        <w:t>cuando abrimos una puerta con respeto y corazón.</w:t>
      </w:r>
    </w:p>
    <w:p>
      <w:pPr>
        <w:keepLines/>
        <w:spacing w:line="420" w:lineRule="exact" w:after="160"/>
      </w:pPr>
      <w:r>
        <w:t>Mas ella no se fue,</w:t>
        <w:br/>
        <w:t>ni dejó de intentar,</w:t>
        <w:br/>
        <w:t>con paciencia y con cuidado</w:t>
        <w:br/>
        <w:t>volvió a trabajar.</w:t>
      </w:r>
    </w:p>
    <w:p>
      <w:pPr>
        <w:keepLines/>
        <w:spacing w:line="420" w:lineRule="exact" w:after="160"/>
      </w:pPr>
      <w:r>
        <w:t>Insiste, pajarillo, insiste una vez más,</w:t>
        <w:br/>
        <w:t>si encuentras un obstáculo, lo puedes superar.</w:t>
        <w:br/>
        <w:t>Con alas pequeñitas y un sueño de verdad,</w:t>
        <w:br/>
        <w:t>pasito a paso, niño, se llega mucho más.</w:t>
      </w:r>
    </w:p>
    <w:p>
      <w:pPr>
        <w:keepLines/>
        <w:spacing w:line="420" w:lineRule="exact" w:after="160"/>
      </w:pPr>
      <w:r>
        <w:t>Si algo no sale hoy,</w:t>
        <w:br/>
        <w:t>mañana puede andar;</w:t>
        <w:br/>
        <w:t>si el camino se hace largo,</w:t>
        <w:br/>
        <w:t>respira y vuelve a intentar.</w:t>
        <w:br/>
        <w:t>No se trata de empujar,</w:t>
        <w:br/>
        <w:t>ni de vencer por vencer:</w:t>
        <w:br/>
        <w:t>perseverar también es</w:t>
        <w:br/>
        <w:t>cuidar y comprender.</w:t>
      </w:r>
    </w:p>
    <w:p>
      <w:pPr>
        <w:keepLines/>
        <w:spacing w:line="420" w:lineRule="exact" w:after="160"/>
      </w:pPr>
      <w:r>
        <w:t>Insiste, pajarillo, insiste una vez más,</w:t>
        <w:br/>
        <w:t>con ternura y paciencia tu sueño crecerá.</w:t>
        <w:br/>
        <w:t>La casa se hizo amable, el nido encontró su lugar,</w:t>
        <w:br/>
        <w:t>y aquella golondrina nos enseñó a perseverar.</w:t>
      </w:r>
    </w:p>
    <w:p>
      <w:pPr>
        <w:keepNext/>
        <w:keepLines/>
        <w:spacing w:line="420" w:lineRule="exact" w:after="160"/>
      </w:pPr>
      <w:r>
        <w:t>Una linda mañana volvió a tocar,</w:t>
        <w:br/>
        <w:t>con sus alas pequeñitas nos vino a saludar.</w:t>
        <w:br/>
        <w:t>Y desde aquel tejado, bajo el cielo azul,</w:t>
        <w:br/>
        <w:t>voló un mensaje hermoso: “No te rindas tú”.</w:t>
      </w:r>
    </w:p>
    <w:p>
      <w:hyperlink w:anchor="Indice" w:history="1">
        <w:r>
          <w:rPr>
            <w:color w:val="1F4E79"/>
            <w:u w:val="single"/>
            <w:sz w:val="24"/>
          </w:rPr>
          <w:t>Volver al índice</w:t>
        </w:r>
      </w:hyperlink>
    </w:p>
    <w:p>
      <w:bookmarkStart w:id="5" w:name="Cancion04"/>
      <w:pPr>
        <w:pStyle w:val="Heading1"/>
        <w:pageBreakBefore/>
      </w:pPr>
      <w:r>
        <w:rPr>
          <w:color w:val="000000"/>
        </w:rPr>
        <w:t>Guárdame un poco de tiempo</w:t>
      </w:r>
      <w:bookmarkEnd w:id="5"/>
    </w:p>
    <w:p>
      <w:pPr>
        <w:spacing w:after="280"/>
      </w:pPr>
      <w:hyperlink w:anchor="Indice" w:history="1">
        <w:r>
          <w:rPr>
            <w:color w:val="1F4E79"/>
            <w:u w:val="single"/>
            <w:sz w:val="24"/>
          </w:rPr>
          <w:t>Volver al índice</w:t>
        </w:r>
      </w:hyperlink>
    </w:p>
    <w:p>
      <w:pPr>
        <w:spacing w:after="400"/>
      </w:pPr>
      <w:r>
        <w:t>Nació del deseo de pedirle un poco de atención a alguien querido: primo, compadre y amigo. La canción reconoce a una persona que ha trabajado para alcanzar sus proyectos y cuidar a los suyos. Precisamente porque la quiero y valoro su esfuerzo, deseo encontrar un momento para conversar como antes. No se trata de medir cuánto me atiende, sino de recordar que la cercanía también necesita tiempo. Quise decirlo con cariño, reconociendo sus esfuerzos y ocupaciones, sin convertirlo en un reproche. Entre el trabajo y los pendientes, los afectos necesitan un lugar. Compartir tiempo también es una manera de querer.</w:t>
      </w:r>
    </w:p>
    <w:p>
      <w:pPr>
        <w:keepLines/>
        <w:spacing w:line="420" w:lineRule="exact" w:after="160"/>
      </w:pPr>
      <w:r>
        <w:t>Has levantado tus sueños</w:t>
        <w:br/>
        <w:t>con perseverancia y valor,</w:t>
        <w:br/>
        <w:t>entre caminos y proyectos,</w:t>
        <w:br/>
        <w:t>con disciplina y corazón.</w:t>
        <w:br/>
        <w:t>Siempre cuidando a tu gente,</w:t>
        <w:br/>
        <w:t>exigiendo entrega y lealtad,</w:t>
        <w:br/>
        <w:t>porque quien ofrece lo mejor</w:t>
        <w:br/>
        <w:t>también espera calidad.</w:t>
      </w:r>
    </w:p>
    <w:p>
      <w:pPr>
        <w:keepLines/>
        <w:spacing w:line="420" w:lineRule="exact" w:after="160"/>
      </w:pPr>
      <w:r>
        <w:t>Pero entre tantos caminos,</w:t>
        <w:br/>
        <w:t>entre el trabajo y el deber,</w:t>
        <w:br/>
        <w:t>hay quienes quieren encontrarte</w:t>
        <w:br/>
        <w:t>y todavía tienen algo que ofrecer.</w:t>
      </w:r>
    </w:p>
    <w:p>
      <w:pPr>
        <w:keepLines/>
        <w:spacing w:line="420" w:lineRule="exact" w:after="160"/>
      </w:pPr>
      <w:r>
        <w:t>Guárdame un poco de tiempo,</w:t>
        <w:br/>
        <w:t>un momento nada más,</w:t>
        <w:br/>
        <w:t>para sentarnos como antes,</w:t>
        <w:br/>
        <w:t>para reír y conversar.</w:t>
        <w:br/>
        <w:t>No es reclamo ni exigencia,</w:t>
        <w:br/>
        <w:t>es cariño de verdad:</w:t>
        <w:br/>
        <w:t>quienes te queremos cerca</w:t>
        <w:br/>
        <w:t>también te queremos abrazar.</w:t>
      </w:r>
    </w:p>
    <w:p>
      <w:pPr>
        <w:keepLines/>
        <w:spacing w:line="420" w:lineRule="exact" w:after="160"/>
      </w:pPr>
      <w:r>
        <w:t>Tu familia es tu refugio,</w:t>
        <w:br/>
        <w:t>tu mayor felicidad;</w:t>
        <w:br/>
        <w:t>y los momentos compartidos</w:t>
        <w:br/>
        <w:t>son un regalo de verdad.</w:t>
        <w:br/>
        <w:t>Y por la vida siempre avanzas</w:t>
        <w:br/>
        <w:t>con tu constancia habitual,</w:t>
        <w:br/>
        <w:t>mientras la vida nos recuerda</w:t>
        <w:br/>
        <w:t>que no debemos esperar.</w:t>
      </w:r>
    </w:p>
    <w:p>
      <w:pPr>
        <w:keepLines/>
        <w:spacing w:line="420" w:lineRule="exact" w:after="160"/>
      </w:pPr>
      <w:r>
        <w:t>Porque entre tantos pendientes</w:t>
        <w:br/>
        <w:t>que mañana seguirán,</w:t>
        <w:br/>
        <w:t>una llamada y un abrazo</w:t>
        <w:br/>
        <w:t>tal vez no puedan regresar.</w:t>
      </w:r>
    </w:p>
    <w:p>
      <w:pPr>
        <w:keepLines/>
        <w:spacing w:line="420" w:lineRule="exact" w:after="160"/>
      </w:pPr>
      <w:r>
        <w:t>Guárdame un poco de tiempo,</w:t>
        <w:br/>
        <w:t>un momento nada más,</w:t>
        <w:br/>
        <w:t>para sentarnos como antes,</w:t>
        <w:br/>
        <w:t>para reír y conversar.</w:t>
        <w:br/>
        <w:t>No es reclamo ni exigencia,</w:t>
        <w:br/>
        <w:t>es cariño de verdad:</w:t>
        <w:br/>
        <w:t>quienes te queremos cerca</w:t>
        <w:br/>
        <w:t>también te queremos abrazar.</w:t>
      </w:r>
    </w:p>
    <w:p>
      <w:pPr>
        <w:keepLines/>
        <w:spacing w:line="420" w:lineRule="exact" w:after="160"/>
      </w:pPr>
      <w:r>
        <w:t>El éxito no solamente</w:t>
        <w:br/>
        <w:t>es construir y prosperar;</w:t>
        <w:br/>
        <w:t>también se encuentra en los afectos</w:t>
        <w:br/>
        <w:t>que decidimos conservar.</w:t>
        <w:br/>
        <w:t>En el amigo que nos busca,</w:t>
        <w:br/>
        <w:t>en el primo y el compadre fiel,</w:t>
        <w:br/>
        <w:t>en esas voces que preguntan:</w:t>
        <w:br/>
        <w:t>“¿Cómo te encuentras?, ¿todo bien?”</w:t>
      </w:r>
    </w:p>
    <w:p>
      <w:pPr>
        <w:keepLines/>
        <w:spacing w:line="420" w:lineRule="exact" w:after="160"/>
      </w:pPr>
      <w:r>
        <w:t>Guárdanos un poco de tiempo,</w:t>
        <w:br/>
        <w:t>cuando puedas, nada más;</w:t>
        <w:br/>
        <w:t>queda mucho por vivirnos,</w:t>
        <w:br/>
        <w:t>muchas historias que contar.</w:t>
        <w:br/>
        <w:t>Que el trabajo siga andando,</w:t>
        <w:br/>
        <w:t>pero no olvidemos jamás:</w:t>
        <w:br/>
        <w:t>lo que dejamos para luego</w:t>
        <w:br/>
        <w:t>quizá no vuelva a comenzar.</w:t>
      </w:r>
    </w:p>
    <w:p>
      <w:pPr>
        <w:keepNext/>
        <w:keepLines/>
        <w:spacing w:line="420" w:lineRule="exact" w:after="160"/>
      </w:pPr>
      <w:r>
        <w:t>Guárdame un poco de tiempo,</w:t>
        <w:br/>
        <w:t>no te pido nada más;</w:t>
        <w:br/>
        <w:t>porque el cariño verdadero</w:t>
        <w:br/>
        <w:t>también merece su lugar.</w:t>
      </w:r>
    </w:p>
    <w:p>
      <w:hyperlink w:anchor="Indice" w:history="1">
        <w:r>
          <w:rPr>
            <w:color w:val="1F4E79"/>
            <w:u w:val="single"/>
            <w:sz w:val="24"/>
          </w:rPr>
          <w:t>Volver al índice</w:t>
        </w:r>
      </w:hyperlink>
    </w:p>
    <w:p>
      <w:bookmarkStart w:id="6" w:name="Cancion05"/>
      <w:pPr>
        <w:pStyle w:val="Heading1"/>
        <w:pageBreakBefore/>
      </w:pPr>
      <w:r>
        <w:rPr>
          <w:color w:val="000000"/>
        </w:rPr>
        <w:t>Aunque partió sigue aquí</w:t>
      </w:r>
      <w:bookmarkEnd w:id="6"/>
    </w:p>
    <w:p>
      <w:pPr>
        <w:spacing w:after="280"/>
      </w:pPr>
      <w:hyperlink w:anchor="Indice" w:history="1">
        <w:r>
          <w:rPr>
            <w:color w:val="1F4E79"/>
            <w:u w:val="single"/>
            <w:sz w:val="24"/>
          </w:rPr>
          <w:t>Volver al índice</w:t>
        </w:r>
      </w:hyperlink>
    </w:p>
    <w:p>
      <w:pPr>
        <w:spacing w:after="400"/>
      </w:pPr>
      <w:r>
        <w:t>Nació en días de despedida familiar, cuando la ausencia de una madre hizo más visibles sus enseñanzas y su amor. Cuando alguien querido deja de estar, los lugares cotidianos se sienten distintos y los recuerdos aparecen en lo más sencillo. Pero también reconocemos su manera de querer en quienes crecieron a su lado. La canción intenta acompañar ese silencio y dar un lugar a la gratitud en medio de la tristeza. Quise acompañar ese dolor con palabras que recordaran lo que una persona deja en quienes la quieren. La presencia cambia cuando alguien parte, pero su cariño puede seguir vivo en nuestros actos y en la memoria familiar.</w:t>
      </w:r>
    </w:p>
    <w:p>
      <w:pPr>
        <w:keepLines/>
        <w:spacing w:line="420" w:lineRule="exact" w:after="160"/>
      </w:pPr>
      <w:r>
        <w:t>Cuando una madre se marcha,</w:t>
        <w:br/>
        <w:t>no hay palabras que consuelen;</w:t>
        <w:br/>
        <w:t>queda la casa en silencio</w:t>
        <w:br/>
        <w:t>y mil recuerdos que vuelven.</w:t>
        <w:br/>
        <w:t>Pero su amor permanece</w:t>
        <w:br/>
        <w:t>en la familia que guía;</w:t>
        <w:br/>
        <w:t>vive en todo lo que ha hecho</w:t>
        <w:br/>
        <w:t>y en el bien que compartía.</w:t>
      </w:r>
    </w:p>
    <w:p>
      <w:pPr>
        <w:keepLines/>
        <w:spacing w:line="420" w:lineRule="exact" w:after="160"/>
      </w:pPr>
      <w:r>
        <w:t>Su voz habita en la casa,</w:t>
        <w:br/>
        <w:t>su luz nos vuelve a abrazar;</w:t>
        <w:br/>
        <w:t>quien deja amor en el alma</w:t>
        <w:br/>
        <w:t>nunca se puede marchar.</w:t>
      </w:r>
    </w:p>
    <w:p>
      <w:pPr>
        <w:keepLines/>
        <w:spacing w:line="420" w:lineRule="exact" w:after="160"/>
      </w:pPr>
      <w:r>
        <w:t>Aunque partió, sigue aquí,</w:t>
        <w:br/>
        <w:t>en cada abrazo ofrecido;</w:t>
        <w:br/>
        <w:t>en los valores que sembró</w:t>
        <w:br/>
        <w:t>y en todo el bien compartido.</w:t>
        <w:br/>
        <w:t>Ya no escuchamos su voz,</w:t>
        <w:br/>
        <w:t>pero nos queda su guía;</w:t>
        <w:br/>
        <w:t>se ha marchado de la vista,</w:t>
        <w:br/>
        <w:t>no del alma ni la vida.</w:t>
      </w:r>
    </w:p>
    <w:p>
      <w:pPr>
        <w:keepLines/>
        <w:spacing w:line="420" w:lineRule="exact" w:after="160"/>
      </w:pPr>
      <w:r>
        <w:t>En sus hijos permanece</w:t>
        <w:br/>
        <w:t>su noble forma de amar;</w:t>
        <w:br/>
        <w:t>su honestidad y firmeza,</w:t>
        <w:br/>
        <w:t>sus ganas de trabajar.</w:t>
        <w:br/>
        <w:t>Cada enseñanza que deja</w:t>
        <w:br/>
        <w:t>es una huella encendida;</w:t>
        <w:br/>
        <w:t>porque una madre no muere</w:t>
        <w:br/>
        <w:t>si su amor nos ilumina.</w:t>
      </w:r>
    </w:p>
    <w:p>
      <w:pPr>
        <w:keepLines/>
        <w:spacing w:line="420" w:lineRule="exact" w:after="160"/>
      </w:pPr>
      <w:r>
        <w:t>Su voz habita en la casa,</w:t>
        <w:br/>
        <w:t>su luz nos vuelve a abrazar;</w:t>
        <w:br/>
        <w:t>quien deja amor en el alma</w:t>
        <w:br/>
        <w:t>nunca se puede marchar.</w:t>
      </w:r>
    </w:p>
    <w:p>
      <w:pPr>
        <w:keepLines/>
        <w:spacing w:line="420" w:lineRule="exact" w:after="160"/>
      </w:pPr>
      <w:r>
        <w:t>Aunque partió, sigue aquí,</w:t>
        <w:br/>
        <w:t>en cada abrazo ofrecido;</w:t>
        <w:br/>
        <w:t>en los valores que sembró</w:t>
        <w:br/>
        <w:t>y en todo el bien compartido.</w:t>
        <w:br/>
        <w:t>Ya no escuchamos su voz,</w:t>
        <w:br/>
        <w:t>pero nos queda su guía;</w:t>
        <w:br/>
        <w:t>se ha marchado de la vista,</w:t>
        <w:br/>
        <w:t>no del alma ni la vida.</w:t>
      </w:r>
    </w:p>
    <w:p>
      <w:pPr>
        <w:keepLines/>
        <w:spacing w:line="420" w:lineRule="exact" w:after="160"/>
      </w:pPr>
      <w:r>
        <w:t>Se fue porque está ausente,</w:t>
        <w:br/>
        <w:t>pero no se ha ido del todo;</w:t>
        <w:br/>
        <w:t>sigue viva entre su gente</w:t>
        <w:br/>
        <w:t>y en su amor está su modo.</w:t>
        <w:br/>
        <w:t>Cuando la familia se una</w:t>
        <w:br/>
        <w:t>y la vuelva a recordar,</w:t>
        <w:br/>
        <w:t>su luz regresará a casa,</w:t>
        <w:br/>
        <w:t>su voz volverá a sonar.</w:t>
      </w:r>
    </w:p>
    <w:p>
      <w:pPr>
        <w:keepLines/>
        <w:spacing w:line="420" w:lineRule="exact" w:after="160"/>
      </w:pPr>
      <w:r>
        <w:t>Aunque partió, sigue aquí,</w:t>
        <w:br/>
        <w:t>en cada sueño logrado;</w:t>
        <w:br/>
        <w:t>en las raíces que dejó</w:t>
        <w:br/>
        <w:t>y en el camino trazado.</w:t>
        <w:br/>
        <w:t>Ya no escuchamos su voz,</w:t>
        <w:br/>
        <w:t>pero nos queda su guía;</w:t>
        <w:br/>
        <w:t>se ha marchado de la vista,</w:t>
        <w:br/>
        <w:t>no del alma ni la vida.</w:t>
      </w:r>
    </w:p>
    <w:p>
      <w:pPr>
        <w:keepNext/>
        <w:keepLines/>
        <w:spacing w:line="420" w:lineRule="exact" w:after="160"/>
      </w:pPr>
      <w:r>
        <w:t>Que descanse en dulce calma,</w:t>
        <w:br/>
        <w:t>ya cumplió con su misión;</w:t>
        <w:br/>
        <w:t>seguirá viviendo siempre</w:t>
        <w:br/>
        <w:t>dentro de cada corazón.</w:t>
      </w:r>
    </w:p>
    <w:p>
      <w:hyperlink w:anchor="Indice" w:history="1">
        <w:r>
          <w:rPr>
            <w:color w:val="1F4E79"/>
            <w:u w:val="single"/>
            <w:sz w:val="24"/>
          </w:rPr>
          <w:t>Volver al índice</w:t>
        </w:r>
      </w:hyperlink>
    </w:p>
    <w:p>
      <w:bookmarkStart w:id="7" w:name="Cancion06"/>
      <w:pPr>
        <w:pStyle w:val="Heading1"/>
        <w:pageBreakBefore/>
      </w:pPr>
      <w:r>
        <w:rPr>
          <w:color w:val="000000"/>
        </w:rPr>
        <w:t>Tres regalos</w:t>
      </w:r>
      <w:bookmarkEnd w:id="7"/>
    </w:p>
    <w:p>
      <w:pPr>
        <w:spacing w:after="280"/>
      </w:pPr>
      <w:hyperlink w:anchor="Indice" w:history="1">
        <w:r>
          <w:rPr>
            <w:color w:val="1F4E79"/>
            <w:u w:val="single"/>
            <w:sz w:val="24"/>
          </w:rPr>
          <w:t>Volver al índice</w:t>
        </w:r>
      </w:hyperlink>
    </w:p>
    <w:p>
      <w:pPr>
        <w:spacing w:after="400"/>
      </w:pPr>
      <w:r>
        <w:t>Nació de una reflexión sobre tres mujeres que marcaron mi vida: mi madre, mi suegra y mi esposa. Dos habían partido y sentí su ausencia junto a la gratitud por su legado. Cada una ocupa un lugar distinto en mi historia, y al pensar en ellas aparecen la familia, los hijos, los nietos y muchos momentos compartidos. La ausencia de dos vuelve más valioso lo que recibí y lo que aún puedo disfrutar. Quise nombrar ese legado desde el agradecimiento, con el cariño que sigue acompañándome. Quise agradecer las distintas formas de amor que recibí de ellas. La familia y los momentos compartidos conservan las huellas de quienes nos ayudaron a ser lo que somos.</w:t>
      </w:r>
    </w:p>
    <w:p>
      <w:pPr>
        <w:keepLines/>
        <w:spacing w:line="420" w:lineRule="exact" w:after="160"/>
      </w:pPr>
      <w:r>
        <w:t>La primera me sostuvo</w:t>
        <w:br/>
        <w:t>cuando apenas supe andar;</w:t>
        <w:br/>
        <w:t>con sus manos hizo un mundo</w:t>
        <w:br/>
        <w:t>donde pude descansar.</w:t>
        <w:br/>
        <w:t>Guardo el eco de su voz,</w:t>
        <w:br/>
        <w:t>su paciencia en la cocina,</w:t>
        <w:br/>
        <w:t>y aquel modo de espantar</w:t>
        <w:br/>
        <w:t>mis temores de la vida.</w:t>
      </w:r>
    </w:p>
    <w:p>
      <w:pPr>
        <w:keepLines/>
        <w:spacing w:line="420" w:lineRule="exact" w:after="160"/>
      </w:pPr>
      <w:r>
        <w:t>La segunda, con ternura,</w:t>
        <w:br/>
        <w:t>me enseñó sin imponer</w:t>
        <w:br/>
        <w:t>que el amor también se cuida</w:t>
        <w:br/>
        <w:t>en lo simple de cada día.</w:t>
        <w:br/>
        <w:t>Me entregó su propia historia,</w:t>
        <w:br/>
        <w:t>su confianza y su verdad;</w:t>
        <w:br/>
        <w:t>y en sus ojos encontré</w:t>
        <w:br/>
        <w:t>un hogar para quedarme.</w:t>
      </w:r>
    </w:p>
    <w:p>
      <w:pPr>
        <w:keepLines/>
        <w:spacing w:line="420" w:lineRule="exact" w:after="160"/>
      </w:pPr>
      <w:r>
        <w:t>La tercera, paso a paso,</w:t>
        <w:br/>
        <w:t>fue construyendo junto a mí</w:t>
        <w:br/>
        <w:t>una casa con desvelos,</w:t>
        <w:br/>
        <w:t>con trabajo y con sonrisas.</w:t>
        <w:br/>
        <w:t>Entre cuentas, fiebre y abrazos,</w:t>
        <w:br/>
        <w:t>entre sueños por cumplir,</w:t>
        <w:br/>
        <w:t>hizo sitio para todos</w:t>
        <w:br/>
        <w:t>y también para mí.</w:t>
      </w:r>
    </w:p>
    <w:p>
      <w:pPr>
        <w:keepLines/>
        <w:spacing w:line="420" w:lineRule="exact" w:after="160"/>
      </w:pPr>
      <w:r>
        <w:t>Cada una dejó una luz</w:t>
        <w:br/>
        <w:t>en un rincón de mi piel;</w:t>
        <w:br/>
        <w:t>cuando miro lo que soy,</w:t>
        <w:br/>
        <w:t>las encuentro otra vez.</w:t>
      </w:r>
    </w:p>
    <w:p>
      <w:pPr>
        <w:keepLines/>
        <w:spacing w:line="420" w:lineRule="exact" w:after="160"/>
      </w:pPr>
      <w:r>
        <w:t>Tres regalos, tres mujeres,</w:t>
        <w:br/>
        <w:t>tres maneras de querer;</w:t>
        <w:br/>
        <w:t>una me abrió la vida,</w:t>
        <w:br/>
        <w:t>otra me enseñó a escoger.</w:t>
        <w:br/>
        <w:t>Y la tercera, a mi lado,</w:t>
        <w:br/>
        <w:t>hizo hogar del corazón;</w:t>
        <w:br/>
        <w:t>tres caminos que se cruzan</w:t>
        <w:br/>
        <w:t>en la voz de esta canción.</w:t>
      </w:r>
    </w:p>
    <w:p>
      <w:pPr>
        <w:keepLines/>
        <w:spacing w:line="420" w:lineRule="exact" w:after="160"/>
      </w:pPr>
      <w:r>
        <w:t>Hoy dos de ellas ya no están,</w:t>
        <w:br/>
        <w:t>pero no se han ido del todo;</w:t>
        <w:br/>
        <w:t>una vive en mis recuerdos,</w:t>
        <w:br/>
        <w:t>otra en los gestos de mis hijos.</w:t>
        <w:br/>
        <w:t>A veces, al cerrar la puerta,</w:t>
        <w:br/>
        <w:t>creo escuchar su caminar;</w:t>
        <w:br/>
        <w:t>su memoria sigue despierta</w:t>
        <w:br/>
        <w:t>en los nietos al jugar.</w:t>
      </w:r>
    </w:p>
    <w:p>
      <w:pPr>
        <w:keepLines/>
        <w:spacing w:line="420" w:lineRule="exact" w:after="160"/>
      </w:pPr>
      <w:r>
        <w:t>No las nombro desde el llanto,</w:t>
        <w:br/>
        <w:t>sino desde la gratitud;</w:t>
        <w:br/>
        <w:t>por las veces que me alzaron,</w:t>
        <w:br/>
        <w:t>por la calma y por la luz.</w:t>
        <w:br/>
        <w:t>Lo que dieron no termina</w:t>
        <w:br/>
        <w:t>cuando el tiempo dice adiós;</w:t>
        <w:br/>
        <w:t>su recuerdo nos anima</w:t>
        <w:br/>
        <w:t>y aún nos habla con su voz.</w:t>
      </w:r>
    </w:p>
    <w:p>
      <w:pPr>
        <w:keepLines/>
        <w:spacing w:line="420" w:lineRule="exact" w:after="160"/>
      </w:pPr>
      <w:r>
        <w:t>Tres regalos, tres mujeres,</w:t>
        <w:br/>
        <w:t>tres raíces de mi ser;</w:t>
        <w:br/>
        <w:t>una me entregó la vida,</w:t>
        <w:br/>
        <w:t>otra me enseñó a querer.</w:t>
        <w:br/>
        <w:t>Y la tercera, a mi lado,</w:t>
        <w:br/>
        <w:t>hizo hogar del corazón;</w:t>
        <w:br/>
        <w:t>tres caminos que se cruzan</w:t>
        <w:br/>
        <w:t>en la voz de esta canción.</w:t>
      </w:r>
    </w:p>
    <w:p>
      <w:pPr>
        <w:keepNext/>
        <w:keepLines/>
        <w:spacing w:line="420" w:lineRule="exact" w:after="160"/>
      </w:pPr>
      <w:r>
        <w:t>Tres mujeres, tres historias,</w:t>
        <w:br/>
        <w:t>tres maneras de dejar</w:t>
        <w:br/>
        <w:t>una huella que acompaña</w:t>
        <w:br/>
        <w:t>sin pedir volver atrás.</w:t>
        <w:br/>
        <w:t>Dos descansan en la calma,</w:t>
        <w:br/>
        <w:t>una camina junto a mí;</w:t>
        <w:br/>
        <w:t>y las tres, de algún modo,</w:t>
        <w:br/>
        <w:t>siguen viviendo en lo que soy.</w:t>
      </w:r>
    </w:p>
    <w:p>
      <w:hyperlink w:anchor="Indice" w:history="1">
        <w:r>
          <w:rPr>
            <w:color w:val="1F4E79"/>
            <w:u w:val="single"/>
            <w:sz w:val="24"/>
          </w:rPr>
          <w:t>Volver al índice</w:t>
        </w:r>
      </w:hyperlink>
    </w:p>
    <w:p>
      <w:bookmarkStart w:id="8" w:name="Cancion07"/>
      <w:pPr>
        <w:pStyle w:val="Heading1"/>
        <w:pageBreakBefore/>
      </w:pPr>
      <w:r>
        <w:rPr>
          <w:color w:val="000000"/>
        </w:rPr>
        <w:t>Todavía tengo voz</w:t>
      </w:r>
      <w:bookmarkEnd w:id="8"/>
    </w:p>
    <w:p>
      <w:pPr>
        <w:spacing w:after="280"/>
      </w:pPr>
      <w:hyperlink w:anchor="Indice" w:history="1">
        <w:r>
          <w:rPr>
            <w:color w:val="1F4E79"/>
            <w:u w:val="single"/>
            <w:sz w:val="24"/>
          </w:rPr>
          <w:t>Volver al índice</w:t>
        </w:r>
      </w:hyperlink>
    </w:p>
    <w:p>
      <w:pPr>
        <w:spacing w:after="400"/>
      </w:pPr>
      <w:r>
        <w:t>Esta reflexión parte de una etapa en la que, después de tantos años de responsabilidades, vuelve la pregunta por los propios sueños. Durante mucho tiempo las obligaciones pueden ocupar casi todo el día. Cuando el ritmo cambia, hace falta aprender a escucharse de otra manera y descubrir qué queremos hacer con el tiempo disponible. La canción acompaña esa búsqueda sin borrar lo vivido: todavía podemos ofrecer cariño y encontrar motivos propios para levantarnos con ilusión. Quise expresar que todavía hay espacio para aprender, crear, reparar y compartir. Después de los sesenta también podemos comenzar. Nuestra voz y nuestras ganas de vivir siguen teniendo valor.</w:t>
      </w:r>
    </w:p>
    <w:p>
      <w:pPr>
        <w:keepLines/>
        <w:spacing w:line="420" w:lineRule="exact" w:after="160"/>
      </w:pPr>
      <w:r>
        <w:t>Pasé la vida cumpliendo,</w:t>
        <w:br/>
        <w:t>siempre pendiente del reloj;</w:t>
        <w:br/>
        <w:t>por darles todo a los míos,</w:t>
        <w:br/>
        <w:t>mi propio sueño se durmió.</w:t>
      </w:r>
    </w:p>
    <w:p>
      <w:pPr>
        <w:keepLines/>
        <w:spacing w:line="420" w:lineRule="exact" w:after="160"/>
      </w:pPr>
      <w:r>
        <w:t>Hoy que los días van despacio,</w:t>
        <w:br/>
        <w:t>me cuesta un poco comprender</w:t>
        <w:br/>
        <w:t>que también merezco un espacio,</w:t>
        <w:br/>
        <w:t>que aún me queda por crecer.</w:t>
      </w:r>
    </w:p>
    <w:p>
      <w:pPr>
        <w:keepLines/>
        <w:spacing w:line="420" w:lineRule="exact" w:after="160"/>
      </w:pPr>
      <w:r>
        <w:t>Mis hijos tienen su camino,</w:t>
        <w:br/>
        <w:t>yo tengo mucho que ofrecer;</w:t>
        <w:br/>
        <w:t>puedo abrazar sin ser destino,</w:t>
        <w:br/>
        <w:t>estar presente sin imponer.</w:t>
      </w:r>
    </w:p>
    <w:p>
      <w:pPr>
        <w:keepLines/>
        <w:spacing w:line="420" w:lineRule="exact" w:after="160"/>
      </w:pPr>
      <w:r>
        <w:t>Todavía tengo vida,</w:t>
        <w:br/>
        <w:t>todavía tengo voz;</w:t>
        <w:br/>
        <w:t>hay canciones escondidas</w:t>
        <w:br/>
        <w:t>que no ha escuchado el corazón.</w:t>
      </w:r>
    </w:p>
    <w:p>
      <w:pPr>
        <w:keepLines/>
        <w:spacing w:line="420" w:lineRule="exact" w:after="160"/>
      </w:pPr>
      <w:r>
        <w:t>Hoy le abro paso a la alegría,</w:t>
        <w:br/>
        <w:t>dejo el pasado descansar;</w:t>
        <w:br/>
        <w:t>después de los sesenta años</w:t>
        <w:br/>
        <w:t>también se aprende a comenzar.</w:t>
      </w:r>
    </w:p>
    <w:p>
      <w:pPr>
        <w:keepLines/>
        <w:spacing w:line="420" w:lineRule="exact" w:after="160"/>
      </w:pPr>
      <w:r>
        <w:t>No quiero verme en otros ojos</w:t>
        <w:br/>
        <w:t>para saber cuánto valí;</w:t>
        <w:br/>
        <w:t>ni despertar viejos enojos</w:t>
        <w:br/>
        <w:t>que solo pesan sobre mí.</w:t>
      </w:r>
    </w:p>
    <w:p>
      <w:pPr>
        <w:keepLines/>
        <w:spacing w:line="420" w:lineRule="exact" w:after="160"/>
      </w:pPr>
      <w:r>
        <w:t>Si alguna vez causé una herida,</w:t>
        <w:br/>
        <w:t>hoy puedo hablar y reparar;</w:t>
        <w:br/>
        <w:t>no cambiaré lo que ya ha sido,</w:t>
        <w:br/>
        <w:t>pero hoy sí puedo amar mejor.</w:t>
      </w:r>
    </w:p>
    <w:p>
      <w:pPr>
        <w:keepLines/>
        <w:spacing w:line="420" w:lineRule="exact" w:after="160"/>
      </w:pPr>
      <w:r>
        <w:t>Voy a soltar lo que me pesa,</w:t>
        <w:br/>
        <w:t>sin negar lo que pasó;</w:t>
        <w:br/>
        <w:t>que el rencor no ocupe mi mesa</w:t>
        <w:br/>
        <w:t>ni se acomode en mi sillón.</w:t>
      </w:r>
    </w:p>
    <w:p>
      <w:pPr>
        <w:keepLines/>
        <w:spacing w:line="420" w:lineRule="exact" w:after="160"/>
      </w:pPr>
      <w:r>
        <w:t>Todavía tengo vida,</w:t>
        <w:br/>
        <w:t>todavía tengo voz;</w:t>
        <w:br/>
        <w:t>hay canciones escondidas</w:t>
        <w:br/>
        <w:t>que no ha escuchado el corazón.</w:t>
      </w:r>
    </w:p>
    <w:p>
      <w:pPr>
        <w:keepLines/>
        <w:spacing w:line="420" w:lineRule="exact" w:after="160"/>
      </w:pPr>
      <w:r>
        <w:t>Hoy le abro paso a la alegría,</w:t>
        <w:br/>
        <w:t>dejo el pasado descansar;</w:t>
        <w:br/>
        <w:t>después de los sesenta años</w:t>
        <w:br/>
        <w:t>también se aprende a comenzar.</w:t>
      </w:r>
    </w:p>
    <w:p>
      <w:pPr>
        <w:keepLines/>
        <w:spacing w:line="420" w:lineRule="exact" w:after="160"/>
      </w:pPr>
      <w:r>
        <w:t>Si ahora mi paso va más lento,</w:t>
        <w:br/>
        <w:t>hay más paisaje que mirar;</w:t>
        <w:br/>
        <w:t>mi cuerpo pide otro trato,</w:t>
        <w:br/>
        <w:t>yo lo comienzo a escuchar.</w:t>
      </w:r>
    </w:p>
    <w:p>
      <w:pPr>
        <w:keepLines/>
        <w:spacing w:line="420" w:lineRule="exact" w:after="160"/>
      </w:pPr>
      <w:r>
        <w:t>Voy a llamar a aquel amigo,</w:t>
        <w:br/>
        <w:t>voy a aprender algo también;</w:t>
        <w:br/>
        <w:t>puedo escuchar, brindar abrigo</w:t>
        <w:br/>
        <w:t>y hacerle a alguien un bien.</w:t>
      </w:r>
    </w:p>
    <w:p>
      <w:pPr>
        <w:keepLines/>
        <w:spacing w:line="420" w:lineRule="exact" w:after="160"/>
      </w:pPr>
      <w:r>
        <w:t>Todavía tengo vida,</w:t>
        <w:br/>
        <w:t>todavía tengo voz;</w:t>
        <w:br/>
        <w:t>quiero compartir mis días,</w:t>
        <w:br/>
        <w:t>dar cariño y recibir amor.</w:t>
      </w:r>
    </w:p>
    <w:p>
      <w:pPr>
        <w:keepLines/>
        <w:spacing w:line="420" w:lineRule="exact" w:after="160"/>
      </w:pPr>
      <w:r>
        <w:t>Hoy le abro paso a la alegría,</w:t>
        <w:br/>
        <w:t>tengo motivos para cantar;</w:t>
        <w:br/>
        <w:t>después de los sesenta años</w:t>
        <w:br/>
        <w:t>también se aprende a comenzar.</w:t>
      </w:r>
    </w:p>
    <w:p>
      <w:pPr>
        <w:keepNext/>
        <w:keepLines/>
        <w:spacing w:line="420" w:lineRule="exact" w:after="160"/>
      </w:pPr>
      <w:r>
        <w:t>Amar sin atar,</w:t>
        <w:br/>
        <w:t>recordar sin sufrir;</w:t>
        <w:br/>
        <w:t>caminar a mi paso…</w:t>
        <w:br/>
        <w:t>todavía quiero vivir.</w:t>
      </w:r>
    </w:p>
    <w:p>
      <w:hyperlink w:anchor="Indice" w:history="1">
        <w:r>
          <w:rPr>
            <w:color w:val="1F4E79"/>
            <w:u w:val="single"/>
            <w:sz w:val="24"/>
          </w:rPr>
          <w:t>Volver al índice</w:t>
        </w:r>
      </w:hyperlink>
    </w:p>
    <w:p>
      <w:bookmarkStart w:id="9" w:name="Cancion08"/>
      <w:pPr>
        <w:pStyle w:val="Heading1"/>
        <w:pageBreakBefore/>
      </w:pPr>
      <w:r>
        <w:rPr>
          <w:color w:val="000000"/>
        </w:rPr>
        <w:t>La sonrisa de mi vecina</w:t>
      </w:r>
      <w:bookmarkEnd w:id="9"/>
    </w:p>
    <w:p>
      <w:pPr>
        <w:spacing w:after="280"/>
      </w:pPr>
      <w:hyperlink w:anchor="Indice" w:history="1">
        <w:r>
          <w:rPr>
            <w:color w:val="1F4E79"/>
            <w:u w:val="single"/>
            <w:sz w:val="24"/>
          </w:rPr>
          <w:t>Volver al índice</w:t>
        </w:r>
      </w:hyperlink>
    </w:p>
    <w:p>
      <w:pPr>
        <w:spacing w:after="400"/>
      </w:pPr>
      <w:r>
        <w:t>Nació de la experiencia de seguir saludando cordialmente a una persona vecina que parecía distante, hasta recibir un saludo que cambió la cercanía entre nosotros. No siempre sabemos qué lleva una persona por dentro ni por qué parece cerrada al trato. Por eso un saludo sencillo, ofrecido sin presión, puede tener más valor de lo que imaginamos. Cuando llegó aquella respuesta, comprendí que la cordialidad puede sembrar algo que tarda en mostrarse, pero acaba alegrándonos a ambos. Quise darle valor a un gesto pequeño que alegró mi día. La paciencia y la cortesía pueden abrir un camino hacia la amistad, sin exigir una respuesta inmediata.</w:t>
      </w:r>
    </w:p>
    <w:p>
      <w:pPr>
        <w:keepLines/>
        <w:spacing w:line="420" w:lineRule="exact" w:after="160"/>
      </w:pPr>
      <w:r>
        <w:t>Vivía tan cerca, pero distante,</w:t>
        <w:br/>
        <w:t>guardando en silencio su corazón;</w:t>
        <w:br/>
        <w:t>yo le brindaba, siempre constante,</w:t>
        <w:br/>
        <w:t>un buen saludo y una intención.</w:t>
      </w:r>
    </w:p>
    <w:p>
      <w:pPr>
        <w:keepLines/>
        <w:spacing w:line="420" w:lineRule="exact" w:after="160"/>
      </w:pPr>
      <w:r>
        <w:t>Pasaban los días sin compañía,</w:t>
        <w:br/>
        <w:t>apenas cruzábamos al caminar;</w:t>
        <w:br/>
        <w:t>pero mi saludo jamás se rendía,</w:t>
        <w:br/>
        <w:t>sin pedirle nada, sin dejar de intentar.</w:t>
      </w:r>
    </w:p>
    <w:p>
      <w:pPr>
        <w:keepLines/>
        <w:spacing w:line="420" w:lineRule="exact" w:after="160"/>
      </w:pPr>
      <w:r>
        <w:t>No toda puerta se abre en un día,</w:t>
        <w:br/>
        <w:t>ni toda pena se deja contar;</w:t>
        <w:br/>
        <w:t>a veces un gesto de cortesía</w:t>
        <w:br/>
        <w:t>es la primera luz de un despertar.</w:t>
      </w:r>
    </w:p>
    <w:p>
      <w:pPr>
        <w:keepLines/>
        <w:spacing w:line="420" w:lineRule="exact" w:after="160"/>
      </w:pPr>
      <w:r>
        <w:t>La sonrisa de mi vecina distante</w:t>
        <w:br/>
        <w:t>fue luz inesperada al comenzar el día;</w:t>
        <w:br/>
        <w:t>bastó su saludo, pequeño y radiante,</w:t>
        <w:br/>
        <w:t>para que la distancia se volviera cercanía.</w:t>
      </w:r>
    </w:p>
    <w:p>
      <w:pPr>
        <w:keepLines/>
        <w:spacing w:line="420" w:lineRule="exact" w:after="160"/>
      </w:pPr>
      <w:r>
        <w:t>Insiste, pajarillo, aprende a esperar,</w:t>
        <w:br/>
        <w:t>hay puertas que se abren con una sonrisa;</w:t>
        <w:br/>
        <w:t>la bondad encuentra su forma de entrar,</w:t>
        <w:br/>
        <w:t>y el cariño florece cuando no hay prisa.</w:t>
      </w:r>
    </w:p>
    <w:p>
      <w:pPr>
        <w:keepLines/>
        <w:spacing w:line="420" w:lineRule="exact" w:after="160"/>
      </w:pPr>
      <w:r>
        <w:t>No sé qué recuerdos lleva consigo,</w:t>
        <w:br/>
        <w:t>ni qué desengaños la hicieron callar;</w:t>
        <w:br/>
        <w:t>tal vez le hace falta encontrar un amigo,</w:t>
        <w:br/>
        <w:t>alguien que la escuche sin quererla juzgar.</w:t>
      </w:r>
    </w:p>
    <w:p>
      <w:pPr>
        <w:keepLines/>
        <w:spacing w:line="420" w:lineRule="exact" w:after="160"/>
      </w:pPr>
      <w:r>
        <w:t>Por eso, al mirarla, seguí saludando,</w:t>
        <w:br/>
        <w:t>dejando a su tiempo la oportunidad;</w:t>
        <w:br/>
        <w:t>sin darme yo cuenta, se fue dibujando</w:t>
        <w:br/>
        <w:t>un puente pequeño hacia la amistad.</w:t>
      </w:r>
    </w:p>
    <w:p>
      <w:pPr>
        <w:keepLines/>
        <w:spacing w:line="420" w:lineRule="exact" w:after="160"/>
      </w:pPr>
      <w:r>
        <w:t>No toda puerta se abre en un día,</w:t>
        <w:br/>
        <w:t>ni toda pena se deja contar;</w:t>
        <w:br/>
        <w:t>a veces un gesto de cortesía</w:t>
        <w:br/>
        <w:t>es la primera luz de un despertar.</w:t>
      </w:r>
    </w:p>
    <w:p>
      <w:pPr>
        <w:keepLines/>
        <w:spacing w:line="420" w:lineRule="exact" w:after="160"/>
      </w:pPr>
      <w:r>
        <w:t>La sonrisa de mi vecina distante</w:t>
        <w:br/>
        <w:t>fue luz inesperada al comenzar el día;</w:t>
        <w:br/>
        <w:t>bastó su saludo, pequeño y radiante,</w:t>
        <w:br/>
        <w:t>para que la distancia se volviera cercanía.</w:t>
      </w:r>
    </w:p>
    <w:p>
      <w:pPr>
        <w:keepLines/>
        <w:spacing w:line="420" w:lineRule="exact" w:after="160"/>
      </w:pPr>
      <w:r>
        <w:t>Insiste, pajarillo, aprende a esperar,</w:t>
        <w:br/>
        <w:t>hay puertas que se abren con una sonrisa;</w:t>
        <w:br/>
        <w:t>la bondad encuentra su forma de entrar,</w:t>
        <w:br/>
        <w:t>y el cariño florece cuando no hay prisa.</w:t>
      </w:r>
    </w:p>
    <w:p>
      <w:pPr>
        <w:keepLines/>
        <w:spacing w:line="420" w:lineRule="exact" w:after="160"/>
      </w:pPr>
      <w:r>
        <w:t>Quizá fue Dios quien cruzó los caminos</w:t>
        <w:br/>
        <w:t>aquella mañana, al salir los dos;</w:t>
        <w:br/>
        <w:t>dejamos de ser solamente vecinos,</w:t>
        <w:br/>
        <w:t>y en aquel encuentro sentí su voz.</w:t>
      </w:r>
    </w:p>
    <w:p>
      <w:pPr>
        <w:keepLines/>
        <w:spacing w:line="420" w:lineRule="exact" w:after="160"/>
      </w:pPr>
      <w:r>
        <w:t>Comprendí que el afecto se va cultivando</w:t>
        <w:br/>
        <w:t>con gestos pequeños, sin condición;</w:t>
        <w:br/>
        <w:t>que a veces, sin verlo, seguimos sembrando</w:t>
        <w:br/>
        <w:t>hasta que una sonrisa nos da la razón.</w:t>
      </w:r>
    </w:p>
    <w:p>
      <w:pPr>
        <w:keepLines/>
        <w:spacing w:line="420" w:lineRule="exact" w:after="160"/>
      </w:pPr>
      <w:r>
        <w:t>La sonrisa de mi vecina distante</w:t>
        <w:br/>
        <w:t>fue luz inesperada al comenzar el día;</w:t>
        <w:br/>
        <w:t>bastó su saludo, pequeño y radiante,</w:t>
        <w:br/>
        <w:t>para que la distancia se volviera cercanía.</w:t>
      </w:r>
    </w:p>
    <w:p>
      <w:pPr>
        <w:keepLines/>
        <w:spacing w:line="420" w:lineRule="exact" w:after="160"/>
      </w:pPr>
      <w:r>
        <w:t>Insiste, pajarillo, no dejes de cantar,</w:t>
        <w:br/>
        <w:t>que hasta el alma más triste merece alegría;</w:t>
        <w:br/>
        <w:t>hoy tengo una amiga a quien saludar,</w:t>
        <w:br/>
        <w:t>y un motivo más para empezar el día.</w:t>
      </w:r>
    </w:p>
    <w:p>
      <w:pPr>
        <w:keepNext/>
        <w:keepLines/>
        <w:spacing w:line="420" w:lineRule="exact" w:after="160"/>
      </w:pPr>
      <w:r>
        <w:t>Vivía tan cerca, pero distante…</w:t>
        <w:br/>
        <w:t>hoy me dio los buenos días al pasar;</w:t>
        <w:br/>
        <w:t>su sonrisa sencilla, serena y radiante,</w:t>
        <w:br/>
        <w:t>me dejó otra sonrisa para regalar.</w:t>
      </w:r>
    </w:p>
    <w:p>
      <w:hyperlink w:anchor="Indice" w:history="1">
        <w:r>
          <w:rPr>
            <w:color w:val="1F4E79"/>
            <w:u w:val="single"/>
            <w:sz w:val="24"/>
          </w:rPr>
          <w:t>Volver al índice</w:t>
        </w:r>
      </w:hyperlink>
    </w:p>
    <w:p>
      <w:bookmarkStart w:id="10" w:name="Cancion09"/>
      <w:pPr>
        <w:pStyle w:val="Heading1"/>
        <w:pageBreakBefore/>
      </w:pPr>
      <w:r>
        <w:rPr>
          <w:color w:val="000000"/>
        </w:rPr>
        <w:t>Lo que permanece acá</w:t>
      </w:r>
      <w:bookmarkEnd w:id="10"/>
    </w:p>
    <w:p>
      <w:pPr>
        <w:spacing w:after="280"/>
      </w:pPr>
      <w:hyperlink w:anchor="Indice" w:history="1">
        <w:r>
          <w:rPr>
            <w:color w:val="1F4E79"/>
            <w:u w:val="single"/>
            <w:sz w:val="24"/>
          </w:rPr>
          <w:t>Volver al índice</w:t>
        </w:r>
      </w:hyperlink>
    </w:p>
    <w:p>
      <w:pPr>
        <w:spacing w:after="400"/>
      </w:pPr>
      <w:r>
        <w:t>Nació una mañana, sentado en mi sillón, al escuchar una vieja canción que me llevó a los sueños y las ilusiones de la adolescencia. Volvieron a mi memoria el patio, el salón y esa edad en la que todo parecía estar por comenzar. No quise contar solamente mi recuerdo, sino dejar abierta la puerta para que cada quien encontrara sus rostros, sus ilusiones y sus primeros afectos. Escuchar una canción puede acercarnos a lo que aún llevamos dentro. Quise compartir esa nostalgia para que cada amigo pudiera encontrar en ella sus propios recuerdos. El tiempo cambia muchas cosas; el cariño y lo que aprendimos a compartir pueden acompañarnos toda la vida.</w:t>
      </w:r>
    </w:p>
    <w:p>
      <w:pPr>
        <w:keepLines/>
        <w:spacing w:line="420" w:lineRule="exact" w:after="160"/>
      </w:pPr>
      <w:r>
        <w:t>Una canción vuelve a sonar,</w:t>
        <w:br/>
        <w:t>se abre la puerta del ayer;</w:t>
        <w:br/>
        <w:t>vuelven el patio y el salón,</w:t>
        <w:br/>
        <w:t>las tantas ganas de crecer.</w:t>
      </w:r>
    </w:p>
    <w:p>
      <w:pPr>
        <w:keepLines/>
        <w:spacing w:line="420" w:lineRule="exact" w:after="160"/>
      </w:pPr>
      <w:r>
        <w:t>¿Quién no guardó algún querer</w:t>
        <w:br/>
        <w:t>sin encontrar cómo decir?</w:t>
        <w:br/>
        <w:t>¿Quién no lloró por un adiós</w:t>
        <w:br/>
        <w:t>o hizo llorar sin advertir?</w:t>
      </w:r>
    </w:p>
    <w:p>
      <w:pPr>
        <w:keepLines/>
        <w:spacing w:line="420" w:lineRule="exact" w:after="160"/>
      </w:pPr>
      <w:r>
        <w:t>Cambian los años, cambia la voz,</w:t>
        <w:br/>
        <w:t>vemos la vida con más claridad;</w:t>
        <w:br/>
        <w:t>pero el cariño que nació entonces</w:t>
        <w:br/>
        <w:t>sigue latiendo a nuestra edad.</w:t>
      </w:r>
    </w:p>
    <w:p>
      <w:pPr>
        <w:keepLines/>
        <w:spacing w:line="420" w:lineRule="exact" w:after="160"/>
      </w:pPr>
      <w:r>
        <w:t>Lo que aprendimos a compartir,</w:t>
        <w:br/>
        <w:t>lo que sembramos por los demás,</w:t>
        <w:br/>
        <w:t>vive en las manos de quien lo cuida:</w:t>
        <w:br/>
        <w:t>eso es lo que permanece acá.</w:t>
      </w:r>
    </w:p>
    <w:p>
      <w:pPr>
        <w:keepLines/>
        <w:spacing w:line="420" w:lineRule="exact" w:after="160"/>
      </w:pPr>
      <w:r>
        <w:t>Hoy nos volvemos a encontrar</w:t>
        <w:br/>
        <w:t>con más historias que contar;</w:t>
        <w:br/>
        <w:t>sabemos cuándo hay que escuchar</w:t>
        <w:br/>
        <w:t>y cuándo es tiempo de abrazar.</w:t>
      </w:r>
    </w:p>
    <w:p>
      <w:pPr>
        <w:keepLines/>
        <w:spacing w:line="420" w:lineRule="exact" w:after="160"/>
      </w:pPr>
      <w:r>
        <w:t>Y tú, al escuchar esa canción,</w:t>
        <w:br/>
        <w:t>¿qué rostro vuelve junto a ti?</w:t>
        <w:br/>
        <w:t>¿Qué amor callaste alguna vez?</w:t>
        <w:br/>
        <w:t>¿Qué instante te hace sonreír?</w:t>
      </w:r>
    </w:p>
    <w:p>
      <w:pPr>
        <w:keepLines/>
        <w:spacing w:line="420" w:lineRule="exact" w:after="160"/>
      </w:pPr>
      <w:r>
        <w:t>Cambian los años, cambia la voz,</w:t>
        <w:br/>
        <w:t>vemos la vida con más claridad;</w:t>
        <w:br/>
        <w:t>pero el cariño que nació entonces</w:t>
        <w:br/>
        <w:t>sigue latiendo a nuestra edad.</w:t>
      </w:r>
    </w:p>
    <w:p>
      <w:pPr>
        <w:keepLines/>
        <w:spacing w:line="420" w:lineRule="exact" w:after="160"/>
      </w:pPr>
      <w:r>
        <w:t>Lo que aprendimos a compartir,</w:t>
        <w:br/>
        <w:t>lo que sembramos por los demás,</w:t>
        <w:br/>
        <w:t>vive en las manos de quien lo cuida:</w:t>
        <w:br/>
        <w:t>eso es lo que permanece acá.</w:t>
      </w:r>
    </w:p>
    <w:p>
      <w:pPr>
        <w:keepNext/>
        <w:keepLines/>
        <w:spacing w:line="420" w:lineRule="exact" w:after="160"/>
      </w:pPr>
      <w:r>
        <w:t>Cuéntanos qué vuelve a tu memoria</w:t>
        <w:br/>
        <w:t>cuando esa canción vuelve a sonar.</w:t>
      </w:r>
    </w:p>
    <w:p>
      <w:hyperlink w:anchor="Indice" w:history="1">
        <w:r>
          <w:rPr>
            <w:color w:val="1F4E79"/>
            <w:u w:val="single"/>
            <w:sz w:val="24"/>
          </w:rPr>
          <w:t>Volver al índice</w:t>
        </w:r>
      </w:hyperlink>
    </w:p>
    <w:p>
      <w:bookmarkStart w:id="11" w:name="Cancion10"/>
      <w:pPr>
        <w:pStyle w:val="Heading1"/>
        <w:pageBreakBefore/>
      </w:pPr>
      <w:r>
        <w:rPr>
          <w:color w:val="000000"/>
        </w:rPr>
        <w:t>Quinceañera, ven a bailar</w:t>
      </w:r>
      <w:bookmarkEnd w:id="11"/>
    </w:p>
    <w:p>
      <w:pPr>
        <w:spacing w:after="280"/>
      </w:pPr>
      <w:hyperlink w:anchor="Indice" w:history="1">
        <w:r>
          <w:rPr>
            <w:color w:val="1F4E79"/>
            <w:u w:val="single"/>
            <w:sz w:val="24"/>
          </w:rPr>
          <w:t>Volver al índice</w:t>
        </w:r>
      </w:hyperlink>
    </w:p>
    <w:p>
      <w:pPr>
        <w:spacing w:after="400"/>
      </w:pPr>
      <w:r>
        <w:t>Nació del cariño familiar y de la alegría de celebrar los quince años de mi nieta. Una celebración así reúne el cariño de quienes han visto crecer a una joven y la emoción de lo que todavía está por venir. En la letra hay baile, buenos deseos y palabras de compañía. Quise que pudiera sentirse la alegría de su familia, sin olvidar que crecer también pide paciencia y confianza. Quise acompañar ese momento con una canción de fiesta y buenos deseos, que pudiera llegar también a otras jóvenes. Crecer es descubrir un mundo nuevo. Que la alegría, la confianza y el afecto familiar acompañen ese camino.</w:t>
      </w:r>
    </w:p>
    <w:p>
      <w:pPr>
        <w:keepLines/>
        <w:spacing w:line="420" w:lineRule="exact" w:after="160"/>
      </w:pPr>
      <w:r>
        <w:t>Tu familia está a tu lado</w:t>
        <w:br/>
        <w:t>para verte florecer;</w:t>
        <w:br/>
        <w:t>quince años han pasado,</w:t>
        <w:br/>
        <w:t>hay un mundo por conocer.</w:t>
      </w:r>
    </w:p>
    <w:p>
      <w:pPr>
        <w:keepLines/>
        <w:spacing w:line="420" w:lineRule="exact" w:after="160"/>
      </w:pPr>
      <w:r>
        <w:t>De tus padres recibiste</w:t>
        <w:br/>
        <w:t>el cariño y la verdad;</w:t>
        <w:br/>
        <w:t>con su ejemplo descubriste</w:t>
        <w:br/>
        <w:t>el valor de la bondad.</w:t>
      </w:r>
    </w:p>
    <w:p>
      <w:pPr>
        <w:keepLines/>
        <w:spacing w:line="420" w:lineRule="exact" w:after="160"/>
      </w:pPr>
      <w:r>
        <w:t>Quinceañera, ven a bailar,</w:t>
        <w:br/>
        <w:t>que tu luz se ponga a brillar;</w:t>
        <w:br/>
        <w:t>lleva alegría al caminar</w:t>
        <w:br/>
        <w:t>y no te canses de soñar.</w:t>
      </w:r>
    </w:p>
    <w:p>
      <w:pPr>
        <w:keepLines/>
        <w:spacing w:line="420" w:lineRule="exact" w:after="160"/>
      </w:pPr>
      <w:r>
        <w:t>Quinceañera, ven a bailar,</w:t>
        <w:br/>
        <w:t>hoy tenemos tanto que celebrar;</w:t>
        <w:br/>
        <w:t>sé tú misma al caminar</w:t>
        <w:br/>
        <w:t>y no te canses de soñar.</w:t>
      </w:r>
    </w:p>
    <w:p>
      <w:pPr>
        <w:keepLines/>
        <w:spacing w:line="420" w:lineRule="exact" w:after="160"/>
      </w:pPr>
      <w:r>
        <w:t>Habrá días de alegría</w:t>
        <w:br/>
        <w:t>y otros para resistir;</w:t>
        <w:br/>
        <w:t>si tropiezas en la vida,</w:t>
        <w:br/>
        <w:t>toma fuerza y vuelve a ir.</w:t>
      </w:r>
    </w:p>
    <w:p>
      <w:pPr>
        <w:keepLines/>
        <w:spacing w:line="420" w:lineRule="exact" w:after="160"/>
      </w:pPr>
      <w:r>
        <w:t>Sé valiente, sé constante,</w:t>
        <w:br/>
        <w:t>ten paciencia para amar;</w:t>
        <w:br/>
        <w:t>lleva siempre la humildad</w:t>
        <w:br/>
        <w:t>y aprende también a perdonar.</w:t>
      </w:r>
    </w:p>
    <w:p>
      <w:pPr>
        <w:keepLines/>
        <w:spacing w:line="420" w:lineRule="exact" w:after="160"/>
      </w:pPr>
      <w:r>
        <w:t>Padre Dios, cuida sus pasos,</w:t>
        <w:br/>
        <w:t>dale salud, fuerza y paz;</w:t>
        <w:br/>
        <w:t>que en los días más difíciles</w:t>
        <w:br/>
        <w:t>nunca deje de intentar.</w:t>
      </w:r>
    </w:p>
    <w:p>
      <w:pPr>
        <w:keepLines/>
        <w:spacing w:line="420" w:lineRule="exact" w:after="160"/>
      </w:pPr>
      <w:r>
        <w:t>Quinceañera, ven a bailar,</w:t>
        <w:br/>
        <w:t>que tu luz se ponga a brillar;</w:t>
        <w:br/>
        <w:t>lleva alegría al caminar</w:t>
        <w:br/>
        <w:t>y no te canses de soñar.</w:t>
      </w:r>
    </w:p>
    <w:p>
      <w:pPr>
        <w:keepNext/>
        <w:keepLines/>
        <w:spacing w:line="420" w:lineRule="exact" w:after="160"/>
      </w:pPr>
      <w:r>
        <w:t>Hoy te queremos celebrar,</w:t>
        <w:br/>
        <w:t>ver tus sueños despertar;</w:t>
        <w:br/>
        <w:t>que seas feliz toda la vida</w:t>
        <w:br/>
        <w:t>y nunca dejes de brillar.</w:t>
      </w:r>
    </w:p>
    <w:p>
      <w:hyperlink w:anchor="Indice" w:history="1">
        <w:r>
          <w:rPr>
            <w:color w:val="1F4E79"/>
            <w:u w:val="single"/>
            <w:sz w:val="24"/>
          </w:rPr>
          <w:t>Volver al índice</w:t>
        </w:r>
      </w:hyperlink>
    </w:p>
    <w:p>
      <w:bookmarkStart w:id="12" w:name="Cancion11"/>
      <w:pPr>
        <w:pStyle w:val="Heading1"/>
        <w:pageBreakBefore/>
      </w:pPr>
      <w:r>
        <w:rPr>
          <w:color w:val="000000"/>
        </w:rPr>
        <w:t>De vecinos a hermanos</w:t>
      </w:r>
      <w:bookmarkEnd w:id="12"/>
    </w:p>
    <w:p>
      <w:pPr>
        <w:spacing w:after="280"/>
      </w:pPr>
      <w:hyperlink w:anchor="Indice" w:history="1">
        <w:r>
          <w:rPr>
            <w:color w:val="1F4E79"/>
            <w:u w:val="single"/>
            <w:sz w:val="24"/>
          </w:rPr>
          <w:t>Volver al índice</w:t>
        </w:r>
      </w:hyperlink>
    </w:p>
    <w:p>
      <w:pPr>
        <w:spacing w:after="400"/>
      </w:pPr>
      <w:r>
        <w:t>Esta canción vuelve a las historias de barrio, a las familias cercanas y a los recuerdos que seguimos contando cuando nos reunimos. Los juegos, los saludos y las pequeñas ayudas van formando una historia común. Con los años, aquellas vivencias regresan a la mesa y cada quien cuenta su versión entre bromas. La canción celebra esa confianza, pero también recuerda que una amistad larga se cuida escuchando y respetando las diferencias. Quise celebrar con buen humor una amistad que ha crecido junto con nosotros. La cercanía se vuelve fraternidad cuando sabemos escucharnos, ayudarnos y conservar el cariño aun con ideas diferentes.</w:t>
      </w:r>
    </w:p>
    <w:p>
      <w:pPr>
        <w:keepLines/>
        <w:spacing w:line="420" w:lineRule="exact" w:after="160"/>
      </w:pPr>
      <w:r>
        <w:t>En las calles de aquel barrio,</w:t>
        <w:br/>
        <w:t>entre juegos y mandados,</w:t>
        <w:br/>
        <w:t>dos familias compartían</w:t>
        <w:br/>
        <w:t>sus anhelos y sus pasos.</w:t>
      </w:r>
    </w:p>
    <w:p>
      <w:pPr>
        <w:keepLines/>
        <w:spacing w:line="420" w:lineRule="exact" w:after="160"/>
      </w:pPr>
      <w:r>
        <w:t>Una casa junto a otra,</w:t>
        <w:br/>
        <w:t>cada puerta, un buen saludo;</w:t>
        <w:br/>
        <w:t>si faltaba alguna mano,</w:t>
        <w:br/>
        <w:t>siempre había quien la puso.</w:t>
      </w:r>
    </w:p>
    <w:p>
      <w:pPr>
        <w:keepLines/>
        <w:spacing w:line="420" w:lineRule="exact" w:after="160"/>
      </w:pPr>
      <w:r>
        <w:t>Nuestros padres trabajaban</w:t>
        <w:br/>
        <w:t>desde que asomaba el día;</w:t>
        <w:br/>
        <w:t>entre cuentas y pendientes,</w:t>
        <w:br/>
        <w:t>cada casa se movía.</w:t>
      </w:r>
    </w:p>
    <w:p>
      <w:pPr>
        <w:keepLines/>
        <w:spacing w:line="420" w:lineRule="exact" w:after="160"/>
      </w:pPr>
      <w:r>
        <w:t>Y nosotros, de pequeños,</w:t>
        <w:br/>
        <w:t>con tareas por cumplir,</w:t>
        <w:br/>
        <w:t>esperábamos la tarde</w:t>
        <w:br/>
        <w:t>para salir y reír.</w:t>
      </w:r>
    </w:p>
    <w:p>
      <w:pPr>
        <w:keepLines/>
        <w:spacing w:line="420" w:lineRule="exact" w:after="160"/>
      </w:pPr>
      <w:r>
        <w:t>¡De vecinos a hermanos,</w:t>
        <w:br/>
        <w:t>hay motivos pa’ brindar!</w:t>
        <w:br/>
        <w:t>Tantos años compartidos</w:t>
        <w:br/>
        <w:t>y nos gusta conversar.</w:t>
      </w:r>
    </w:p>
    <w:p>
      <w:pPr>
        <w:keepLines/>
        <w:spacing w:line="420" w:lineRule="exact" w:after="160"/>
      </w:pPr>
      <w:r>
        <w:t>Una copa, una ocurrencia,</w:t>
        <w:br/>
        <w:t>otra historia que contar;</w:t>
        <w:br/>
        <w:t>cada quien tiene sus ideas,</w:t>
        <w:br/>
        <w:t>¡pero qué buena amistad!</w:t>
      </w:r>
    </w:p>
    <w:p>
      <w:pPr>
        <w:keepLines/>
        <w:spacing w:line="420" w:lineRule="exact" w:after="160"/>
      </w:pPr>
      <w:r>
        <w:t>¡De vecinos a hermanos!</w:t>
        <w:br/>
        <w:t>¡La amistad sigue bailando!</w:t>
      </w:r>
    </w:p>
    <w:p>
      <w:pPr>
        <w:keepLines/>
        <w:spacing w:line="420" w:lineRule="exact" w:after="160"/>
      </w:pPr>
      <w:r>
        <w:t>Cada casa tuvo reglas,</w:t>
        <w:br/>
        <w:t>cada quien su educación;</w:t>
        <w:br/>
        <w:t>unos padres eran serios,</w:t>
        <w:br/>
        <w:t>otros daban más opción.</w:t>
      </w:r>
    </w:p>
    <w:p>
      <w:pPr>
        <w:keepLines/>
        <w:spacing w:line="420" w:lineRule="exact" w:after="160"/>
      </w:pPr>
      <w:r>
        <w:t>Hoy contamos esas cosas</w:t>
        <w:br/>
        <w:t>con cariño y buen humor;</w:t>
        <w:br/>
        <w:t>lo que entonces nos pesaba</w:t>
        <w:br/>
        <w:t>ya cambió de tono y color.</w:t>
      </w:r>
    </w:p>
    <w:p>
      <w:pPr>
        <w:keepLines/>
        <w:spacing w:line="420" w:lineRule="exact" w:after="160"/>
      </w:pPr>
      <w:r>
        <w:t>«¿Te acuerdas de aquel día?»,</w:t>
        <w:br/>
        <w:t>y comienza la función;</w:t>
        <w:br/>
        <w:t>las comadres también cuentan,</w:t>
        <w:br/>
        <w:t>¡cada quien su versión!</w:t>
      </w:r>
    </w:p>
    <w:p>
      <w:pPr>
        <w:keepLines/>
        <w:spacing w:line="420" w:lineRule="exact" w:after="160"/>
      </w:pPr>
      <w:r>
        <w:t>Uno dice: «¡Así no era!»,</w:t>
        <w:br/>
        <w:t>otro empieza a corregir;</w:t>
        <w:br/>
        <w:t>entre bromas y recuerdos,</w:t>
        <w:br/>
        <w:t>¡no paramos de reír!</w:t>
      </w:r>
    </w:p>
    <w:p>
      <w:pPr>
        <w:keepLines/>
        <w:spacing w:line="420" w:lineRule="exact" w:after="160"/>
      </w:pPr>
      <w:r>
        <w:t>¡De vecinos a hermanos,</w:t>
        <w:br/>
        <w:t>hay motivos pa’ brindar!</w:t>
        <w:br/>
        <w:t>Tantos años compartidos</w:t>
        <w:br/>
        <w:t>y nos gusta conversar.</w:t>
      </w:r>
    </w:p>
    <w:p>
      <w:pPr>
        <w:keepLines/>
        <w:spacing w:line="420" w:lineRule="exact" w:after="160"/>
      </w:pPr>
      <w:r>
        <w:t>Una copa, una ocurrencia,</w:t>
        <w:br/>
        <w:t>otra historia que contar;</w:t>
        <w:br/>
        <w:t>cada quien tiene sus ideas,</w:t>
        <w:br/>
        <w:t>¡pero qué buena amistad!</w:t>
      </w:r>
    </w:p>
    <w:p>
      <w:pPr>
        <w:keepLines/>
        <w:spacing w:line="420" w:lineRule="exact" w:after="160"/>
      </w:pPr>
      <w:r>
        <w:t>¡De vecinos a hermanos!</w:t>
        <w:br/>
        <w:t>¡La amistad sigue bailando!</w:t>
      </w:r>
    </w:p>
    <w:p>
      <w:pPr>
        <w:keepLines/>
        <w:spacing w:line="420" w:lineRule="exact" w:after="160"/>
      </w:pPr>
      <w:r>
        <w:t>Si de pronto discutimos,</w:t>
        <w:br/>
        <w:t>nos volvemos a escuchar;</w:t>
        <w:br/>
        <w:t>cada quien tiene sus razones</w:t>
        <w:br/>
        <w:t>y su forma de pensar.</w:t>
      </w:r>
    </w:p>
    <w:p>
      <w:pPr>
        <w:keepLines/>
        <w:spacing w:line="420" w:lineRule="exact" w:after="160"/>
      </w:pPr>
      <w:r>
        <w:t>Con respeto y con cariño</w:t>
        <w:br/>
        <w:t>nos podemos entender;</w:t>
        <w:br/>
        <w:t>si un amigo necesita,</w:t>
        <w:br/>
        <w:t>¡hay una mano que ofrecer!</w:t>
      </w:r>
    </w:p>
    <w:p>
      <w:pPr>
        <w:keepLines/>
        <w:spacing w:line="420" w:lineRule="exact" w:after="160"/>
      </w:pPr>
      <w:r>
        <w:t>¡De vecinos a hermanos,</w:t>
        <w:br/>
        <w:t>hay motivos pa’ brindar!</w:t>
        <w:br/>
        <w:t>Ya crecieron nuestros hijos,</w:t>
        <w:br/>
        <w:t>¡cuánto queda por contar!</w:t>
      </w:r>
    </w:p>
    <w:p>
      <w:pPr>
        <w:keepLines/>
        <w:spacing w:line="420" w:lineRule="exact" w:after="160"/>
      </w:pPr>
      <w:r>
        <w:t>Hoy juntamos a las familias,</w:t>
        <w:br/>
        <w:t>hoy volvemos a celebrar;</w:t>
        <w:br/>
        <w:t>lo que comenzó en el barrio</w:t>
        <w:br/>
        <w:t>¡tiene mucho más que dar!</w:t>
      </w:r>
    </w:p>
    <w:p>
      <w:pPr>
        <w:keepLines/>
        <w:spacing w:line="420" w:lineRule="exact" w:after="160"/>
      </w:pPr>
      <w:r>
        <w:t>¡De vecinos a hermanos!</w:t>
        <w:br/>
        <w:t>¡La amistad sigue bailando!</w:t>
        <w:br/>
        <w:t>Brindo por nuestros mayores,</w:t>
        <w:br/>
        <w:t>¡qué manera de chambear!</w:t>
      </w:r>
    </w:p>
    <w:p>
      <w:pPr>
        <w:keepLines/>
        <w:spacing w:line="420" w:lineRule="exact" w:after="160"/>
      </w:pPr>
      <w:r>
        <w:t>Nos dejaron mil historias</w:t>
        <w:br/>
        <w:t>y motivos pa’ brindar.</w:t>
        <w:br/>
        <w:t>¡Hay cariño para rato,</w:t>
        <w:br/>
        <w:t>hay abrazos esperando!</w:t>
      </w:r>
    </w:p>
    <w:p>
      <w:pPr>
        <w:keepNext/>
        <w:keepLines/>
        <w:spacing w:line="420" w:lineRule="exact" w:after="160"/>
      </w:pPr>
      <w:r>
        <w:t>¡Que se escuche por el barrio:</w:t>
        <w:br/>
        <w:t>la amistad sigue bailando!</w:t>
      </w:r>
    </w:p>
    <w:p>
      <w:hyperlink w:anchor="Indice" w:history="1">
        <w:r>
          <w:rPr>
            <w:color w:val="1F4E79"/>
            <w:u w:val="single"/>
            <w:sz w:val="24"/>
          </w:rPr>
          <w:t>Volver al índice</w:t>
        </w:r>
      </w:hyperlink>
    </w:p>
    <w:p>
      <w:bookmarkStart w:id="13" w:name="Cancion12"/>
      <w:pPr>
        <w:pStyle w:val="Heading1"/>
        <w:pageBreakBefore/>
      </w:pPr>
      <w:r>
        <w:rPr>
          <w:color w:val="000000"/>
        </w:rPr>
        <w:t>No se jubila la vida</w:t>
      </w:r>
      <w:bookmarkEnd w:id="13"/>
    </w:p>
    <w:p>
      <w:pPr>
        <w:spacing w:after="280"/>
      </w:pPr>
      <w:hyperlink w:anchor="Indice" w:history="1">
        <w:r>
          <w:rPr>
            <w:color w:val="1F4E79"/>
            <w:u w:val="single"/>
            <w:sz w:val="24"/>
          </w:rPr>
          <w:t>Volver al índice</w:t>
        </w:r>
      </w:hyperlink>
    </w:p>
    <w:p>
      <w:pPr>
        <w:spacing w:after="400"/>
      </w:pPr>
      <w:r>
        <w:t>Esta reflexión mira la jubilación, los cambios de la tecnología y lo que podemos aprender de nuestros hijos y nietos. Los aparatos y las costumbres cambian, y a veces nos toca pedir que nos expliquen despacio. Esos enredos pueden contarse con humor y convertirse en una oportunidad para acercarnos a los jóvenes. También nosotros tenemos experiencia para compartir. La canción encuentra en ese intercambio otra manera de disfrutar esta etapa. Quise contar esa etapa con alegría, incluyendo los pequeños enredos que nos hacen reír. Se termina una etapa de trabajo, pero quedan curiosidad, proyectos y afectos. Entre generaciones siempre tenemos algo que enseñarnos.</w:t>
      </w:r>
    </w:p>
    <w:p>
      <w:pPr>
        <w:keepLines/>
        <w:spacing w:line="420" w:lineRule="exact" w:after="160"/>
      </w:pPr>
      <w:r>
        <w:t>Con las manos levantamos</w:t>
        <w:br/>
        <w:t>nuestro hogar y su cimiento;</w:t>
        <w:br/>
        <w:t>a los hijos les brindamos</w:t>
        <w:br/>
        <w:t>alas, rumbo y alimento.</w:t>
      </w:r>
    </w:p>
    <w:p>
      <w:pPr>
        <w:keepLines/>
        <w:spacing w:line="420" w:lineRule="exact" w:after="160"/>
      </w:pPr>
      <w:r>
        <w:t>Del teléfono de rueda</w:t>
        <w:br/>
        <w:t>al mensaje celular,</w:t>
        <w:br/>
        <w:t>cada cambio nos recuerda</w:t>
        <w:br/>
        <w:t>que podemos avanzar.</w:t>
      </w:r>
    </w:p>
    <w:p>
      <w:pPr>
        <w:keepLines/>
        <w:spacing w:line="420" w:lineRule="exact" w:after="160"/>
      </w:pPr>
      <w:r>
        <w:t>Me cambiaron los botones</w:t>
        <w:br/>
        <w:t>y la clave se perdió;</w:t>
        <w:br/>
        <w:t>entre tantas contraseñas</w:t>
        <w:br/>
        <w:t>el cajero me ganó.</w:t>
      </w:r>
    </w:p>
    <w:p>
      <w:pPr>
        <w:keepLines/>
        <w:spacing w:line="420" w:lineRule="exact" w:after="160"/>
      </w:pPr>
      <w:r>
        <w:t>Vino el nieto muy contento</w:t>
        <w:br/>
        <w:t>y me dijo: «Mira aquí».</w:t>
        <w:br/>
        <w:t>Y le dije: «Ve despacio,</w:t>
        <w:br/>
        <w:t>¡que también yo fui aprendiz!».</w:t>
      </w:r>
    </w:p>
    <w:p>
      <w:pPr>
        <w:keepLines/>
        <w:spacing w:line="420" w:lineRule="exact" w:after="160"/>
      </w:pPr>
      <w:r>
        <w:t>No se jubila la vida</w:t>
        <w:br/>
        <w:t>ni se cansa el corazón;</w:t>
        <w:br/>
        <w:t>cada sueño nos convida</w:t>
        <w:br/>
        <w:t>a estrenar otra ilusión.</w:t>
      </w:r>
    </w:p>
    <w:p>
      <w:pPr>
        <w:keepLines/>
        <w:spacing w:line="420" w:lineRule="exact" w:after="160"/>
      </w:pPr>
      <w:r>
        <w:t>Con las ganas encendidas</w:t>
        <w:br/>
        <w:t>queda mucho por hacer;</w:t>
        <w:br/>
        <w:t>hay lecciones aprendidas</w:t>
        <w:br/>
        <w:t>y otras más por aprender.</w:t>
      </w:r>
    </w:p>
    <w:p>
      <w:pPr>
        <w:keepLines/>
        <w:spacing w:line="420" w:lineRule="exact" w:after="160"/>
      </w:pPr>
      <w:r>
        <w:t>Los años son testigos</w:t>
        <w:br/>
        <w:t>del esfuerzo y del amor;</w:t>
        <w:br/>
        <w:t>de la charla entre amigos,</w:t>
        <w:br/>
        <w:t>de las penas y el valor.</w:t>
      </w:r>
    </w:p>
    <w:p>
      <w:pPr>
        <w:keepLines/>
        <w:spacing w:line="420" w:lineRule="exact" w:after="160"/>
      </w:pPr>
      <w:r>
        <w:t>Si la vida se complica,</w:t>
        <w:br/>
        <w:t>nos podemos escuchar;</w:t>
        <w:br/>
        <w:t>lo que un joven nos explica</w:t>
        <w:br/>
        <w:t>también puede iluminar.</w:t>
      </w:r>
    </w:p>
    <w:p>
      <w:pPr>
        <w:keepLines/>
        <w:spacing w:line="420" w:lineRule="exact" w:after="160"/>
      </w:pPr>
      <w:r>
        <w:t>No se jubila la vida</w:t>
        <w:br/>
        <w:t>ni se cansa el corazón;</w:t>
        <w:br/>
        <w:t>cada sueño nos convida</w:t>
        <w:br/>
        <w:t>a estrenar otra ilusión.</w:t>
      </w:r>
    </w:p>
    <w:p>
      <w:pPr>
        <w:keepLines/>
        <w:spacing w:line="420" w:lineRule="exact" w:after="160"/>
      </w:pPr>
      <w:r>
        <w:t>Con las ganas encendidas</w:t>
        <w:br/>
        <w:t>queda mucho por hacer;</w:t>
        <w:br/>
        <w:t>hay lecciones aprendidas</w:t>
        <w:br/>
        <w:t>y otras más por aprender.</w:t>
      </w:r>
    </w:p>
    <w:p>
      <w:pPr>
        <w:keepLines/>
        <w:spacing w:line="420" w:lineRule="exact" w:after="160"/>
      </w:pPr>
      <w:r>
        <w:t>Tú me enseñas los botones,</w:t>
        <w:br/>
        <w:t>yo te enseño a cocinar;</w:t>
        <w:br/>
        <w:t>compartimos las canciones</w:t>
        <w:br/>
        <w:t>y aprendemos a bailar.</w:t>
      </w:r>
    </w:p>
    <w:p>
      <w:pPr>
        <w:keepLines/>
        <w:spacing w:line="420" w:lineRule="exact" w:after="160"/>
      </w:pPr>
      <w:r>
        <w:t>Que los años nos permitan</w:t>
        <w:br/>
        <w:t>dar cariño y recibir;</w:t>
        <w:br/>
        <w:t>que las ganas nos invitan</w:t>
        <w:br/>
        <w:t>a soñar y descubrir.</w:t>
      </w:r>
    </w:p>
    <w:p>
      <w:pPr>
        <w:keepLines/>
        <w:spacing w:line="420" w:lineRule="exact" w:after="160"/>
      </w:pPr>
      <w:r>
        <w:t>No se jubila la vida</w:t>
        <w:br/>
        <w:t>ni se cansa el corazón;</w:t>
        <w:br/>
        <w:t>cada sueño nos convida</w:t>
        <w:br/>
        <w:t>a estrenar otra ilusión.</w:t>
      </w:r>
    </w:p>
    <w:p>
      <w:pPr>
        <w:keepLines/>
        <w:spacing w:line="420" w:lineRule="exact" w:after="160"/>
      </w:pPr>
      <w:r>
        <w:t>Con las ganas encendidas</w:t>
        <w:br/>
        <w:t>queda mucho por hacer;</w:t>
        <w:br/>
        <w:t>hay lecciones aprendidas</w:t>
        <w:br/>
        <w:t>y otras más por aprender.</w:t>
      </w:r>
    </w:p>
    <w:p>
      <w:pPr>
        <w:keepNext/>
        <w:keepLines/>
        <w:spacing w:line="420" w:lineRule="exact" w:after="160"/>
      </w:pPr>
      <w:r>
        <w:t>Del teléfono de rueda</w:t>
        <w:br/>
        <w:t>al mensaje celular,</w:t>
        <w:br/>
        <w:t>¡todavía cuerda queda</w:t>
        <w:br/>
        <w:t>y seguimos dando más!</w:t>
      </w:r>
    </w:p>
    <w:p>
      <w:hyperlink w:anchor="Indice" w:history="1">
        <w:r>
          <w:rPr>
            <w:color w:val="1F4E79"/>
            <w:u w:val="single"/>
            <w:sz w:val="24"/>
          </w:rPr>
          <w:t>Volver al índice</w:t>
        </w:r>
      </w:hyperlink>
    </w:p>
    <w:p>
      <w:bookmarkStart w:id="14" w:name="Cancion13"/>
      <w:pPr>
        <w:pStyle w:val="Heading1"/>
        <w:pageBreakBefore/>
      </w:pPr>
      <w:r>
        <w:rPr>
          <w:color w:val="000000"/>
        </w:rPr>
        <w:t>¡Apunte, señorita!</w:t>
      </w:r>
      <w:bookmarkEnd w:id="14"/>
    </w:p>
    <w:p>
      <w:pPr>
        <w:spacing w:after="280"/>
      </w:pPr>
      <w:hyperlink w:anchor="Indice" w:history="1">
        <w:r>
          <w:rPr>
            <w:color w:val="1F4E79"/>
            <w:u w:val="single"/>
            <w:sz w:val="24"/>
          </w:rPr>
          <w:t>Volver al índice</w:t>
        </w:r>
      </w:hyperlink>
    </w:p>
    <w:p>
      <w:pPr>
        <w:spacing w:after="400"/>
      </w:pPr>
      <w:r>
        <w:t>La idea parte de una escena humorística: una encuestadora pregunta por los nombres de una familia y un niño responde sin medir el efecto de sus palabras. La gracia está en cómo una pregunta formal acaba tomando un rumbo inesperado por la respuesta de un niño. Los nombres, las confusiones y las reacciones hacen crecer la ocurrencia. Es una escena contada para disfrutar el juego de las palabras y ese momento en que una conversación termina en carcajadas. Quise jugar con la inocencia, los sonidos de los nombres y las ocurrencias de una conversación. También hay lugar para la risa en estas páginas. Una historia sencilla puede alegrar un encuentro entre amigos.</w:t>
      </w:r>
    </w:p>
    <w:p>
      <w:pPr>
        <w:keepLines/>
        <w:spacing w:line="420" w:lineRule="exact" w:after="160"/>
      </w:pPr>
      <w:r>
        <w:t>Llega una muchacha encuestadora</w:t>
        <w:br/>
        <w:t>y encuentra a un señor con su hijo.</w:t>
        <w:br/>
        <w:t>—¿Me podría decir cuántas personas viven en su domicilio?</w:t>
        <w:br/>
        <w:t>—Somos cuatro hermanos.</w:t>
      </w:r>
    </w:p>
    <w:p>
      <w:pPr>
        <w:keepLines/>
        <w:spacing w:line="420" w:lineRule="exact" w:after="160"/>
      </w:pPr>
      <w:r>
        <w:t>—Ah, son cuatro. ¿Me podría dar sus nombres para anotarlos?</w:t>
        <w:br/>
        <w:t>—Uno se llama Silvano, uno Cipriano y el otro Cristiano.</w:t>
        <w:br/>
        <w:t>—¡Caray, todos terminan en «ano»! ¿Alguien más?</w:t>
        <w:br/>
        <w:t>—¡Mi papá se llama Próculo!</w:t>
      </w:r>
    </w:p>
    <w:p>
      <w:pPr>
        <w:keepLines/>
        <w:spacing w:line="420" w:lineRule="exact" w:after="160"/>
      </w:pPr>
      <w:r>
        <w:t>La muchacha tan sonriente</w:t>
        <w:br/>
        <w:t>iba haciendo su labor;</w:t>
        <w:br/>
        <w:t>con el lápiz bien dispuesto</w:t>
        <w:br/>
        <w:t>preguntaba con primor.</w:t>
      </w:r>
    </w:p>
    <w:p>
      <w:pPr>
        <w:keepLines/>
        <w:spacing w:line="420" w:lineRule="exact" w:after="160"/>
      </w:pPr>
      <w:r>
        <w:t>Pero habló aquel muchachito</w:t>
        <w:br/>
        <w:t>con tremenda precisión;</w:t>
        <w:br/>
        <w:t>ella iba por una encuesta</w:t>
        <w:br/>
        <w:t>¡y salió con un vacilón!</w:t>
      </w:r>
    </w:p>
    <w:p>
      <w:pPr>
        <w:keepLines/>
        <w:spacing w:line="420" w:lineRule="exact" w:after="160"/>
      </w:pPr>
      <w:r>
        <w:t>El papá miraba al niño,</w:t>
        <w:br/>
        <w:t>el niño miraba al señor;</w:t>
        <w:br/>
        <w:t>ella se mordía los labios</w:t>
        <w:br/>
        <w:t>y hasta el lápiz se cayó.</w:t>
      </w:r>
    </w:p>
    <w:p>
      <w:pPr>
        <w:keepLines/>
        <w:spacing w:line="420" w:lineRule="exact" w:after="160"/>
      </w:pPr>
      <w:r>
        <w:t>«¿Dije algo?», dijo el niño,</w:t>
        <w:br/>
        <w:t>«¿o no me escuchó muy bien?</w:t>
        <w:br/>
        <w:t>Si le faltan los vecinos,</w:t>
        <w:br/>
        <w:t>¡yo me los sé también!».</w:t>
      </w:r>
    </w:p>
    <w:p>
      <w:pPr>
        <w:keepLines/>
        <w:spacing w:line="420" w:lineRule="exact" w:after="160"/>
      </w:pPr>
      <w:r>
        <w:t>¡Apunte, apunte, señorita,</w:t>
        <w:br/>
        <w:t>no se vaya a equivocar!</w:t>
        <w:br/>
        <w:t>Que si pierde la libreta,</w:t>
        <w:br/>
        <w:t>¡se los vuelvo a recitar!</w:t>
      </w:r>
    </w:p>
    <w:p>
      <w:pPr>
        <w:keepLines/>
        <w:spacing w:line="420" w:lineRule="exact" w:after="160"/>
      </w:pPr>
      <w:r>
        <w:t>¡Silvano, Cipriano, Cristiano!</w:t>
        <w:br/>
        <w:t>¡Qué familia tan formal!</w:t>
        <w:br/>
        <w:t>Ella preguntó los nombres</w:t>
        <w:br/>
        <w:t>¡y le fue bastante mal!</w:t>
      </w:r>
    </w:p>
    <w:p>
      <w:pPr>
        <w:keepLines/>
        <w:spacing w:line="420" w:lineRule="exact" w:after="160"/>
      </w:pPr>
      <w:r>
        <w:t>Se acomodó los anteojos,</w:t>
        <w:br/>
        <w:t>quiso hacer otra pregunta;</w:t>
        <w:br/>
        <w:t>pero al recordar los nombres,</w:t>
        <w:br/>
        <w:t>¡se le torció hasta la punta!</w:t>
      </w:r>
    </w:p>
    <w:p>
      <w:pPr>
        <w:keepLines/>
        <w:spacing w:line="420" w:lineRule="exact" w:after="160"/>
      </w:pPr>
      <w:r>
        <w:t>El señor le dijo: «Calma,</w:t>
        <w:br/>
        <w:t>no se me vaya a atorar;</w:t>
        <w:br/>
        <w:t>mi muchacho es muy sincero,</w:t>
        <w:br/>
        <w:t>¡no se sabe moderar!».</w:t>
      </w:r>
    </w:p>
    <w:p>
      <w:pPr>
        <w:keepLines/>
        <w:spacing w:line="420" w:lineRule="exact" w:after="160"/>
      </w:pPr>
      <w:r>
        <w:t>«¿Por qué se ríe, señorita?</w:t>
        <w:br/>
        <w:t>¡Así se llama mi papá!</w:t>
        <w:br/>
        <w:t>Si quiere ver su credencial,</w:t>
        <w:br/>
        <w:t>¡ahorita se la traerá!».</w:t>
      </w:r>
    </w:p>
    <w:p>
      <w:pPr>
        <w:keepLines/>
        <w:spacing w:line="420" w:lineRule="exact" w:after="160"/>
      </w:pPr>
      <w:r>
        <w:t>«No hace falta», dijo ella,</w:t>
        <w:br/>
        <w:t>«ya lo pude registrar».</w:t>
        <w:br/>
        <w:t>Y el pequeño, muy atento,</w:t>
        <w:br/>
        <w:t>¡todavía quería ayudar!</w:t>
      </w:r>
    </w:p>
    <w:p>
      <w:pPr>
        <w:keepLines/>
        <w:spacing w:line="420" w:lineRule="exact" w:after="160"/>
      </w:pPr>
      <w:r>
        <w:t>«Si pregunta por edades,</w:t>
        <w:br/>
        <w:t>mi papá ya es veterano;</w:t>
        <w:br/>
        <w:t>pero cuando hay que hacer cuentas,</w:t>
        <w:br/>
        <w:t>¡cuenta menos cada año!».</w:t>
      </w:r>
    </w:p>
    <w:p>
      <w:pPr>
        <w:keepLines/>
        <w:spacing w:line="420" w:lineRule="exact" w:after="160"/>
      </w:pPr>
      <w:r>
        <w:t>¡Apunte, apunte, señorita,</w:t>
        <w:br/>
        <w:t>no se vaya a equivocar!</w:t>
        <w:br/>
        <w:t>Que si pierde la libreta,</w:t>
        <w:br/>
        <w:t>¡se los vuelvo a recitar!</w:t>
      </w:r>
    </w:p>
    <w:p>
      <w:pPr>
        <w:keepLines/>
        <w:spacing w:line="420" w:lineRule="exact" w:after="160"/>
      </w:pPr>
      <w:r>
        <w:t>¡Silvano, Cipriano, Cristiano!</w:t>
        <w:br/>
        <w:t>¡Qué familia tan formal!</w:t>
        <w:br/>
        <w:t>Ella preguntó los nombres</w:t>
        <w:br/>
        <w:t>¡y le fue bastante mal!</w:t>
      </w:r>
    </w:p>
    <w:p>
      <w:pPr>
        <w:keepLines/>
        <w:spacing w:line="420" w:lineRule="exact" w:after="160"/>
      </w:pPr>
      <w:r>
        <w:t>Los adultos dan rodeos</w:t>
        <w:br/>
        <w:t>para hablar con discreción;</w:t>
        <w:br/>
        <w:t>pero un niño suelta todo</w:t>
        <w:br/>
        <w:t>¡sin ponerle condición!</w:t>
      </w:r>
    </w:p>
    <w:p>
      <w:pPr>
        <w:keepLines/>
        <w:spacing w:line="420" w:lineRule="exact" w:after="160"/>
      </w:pPr>
      <w:r>
        <w:t>No prepara lo que dice,</w:t>
        <w:br/>
        <w:t>ni calcula la ocasión;</w:t>
        <w:br/>
        <w:t>él contesta muy tranquilo</w:t>
        <w:br/>
        <w:t>¡y te alegra la reunión!</w:t>
      </w:r>
    </w:p>
    <w:p>
      <w:pPr>
        <w:keepLines/>
        <w:spacing w:line="420" w:lineRule="exact" w:after="160"/>
      </w:pPr>
      <w:r>
        <w:t>¡Apunte, apunte, señorita,</w:t>
        <w:br/>
        <w:t>ya no aguante más la risa!</w:t>
        <w:br/>
        <w:t>Que la vida dura poco,</w:t>
        <w:br/>
        <w:t>¡y usted siempre anda de prisa!</w:t>
      </w:r>
    </w:p>
    <w:p>
      <w:pPr>
        <w:keepLines/>
        <w:spacing w:line="420" w:lineRule="exact" w:after="160"/>
      </w:pPr>
      <w:r>
        <w:t>¡Silvano, Cipriano, Cristiano!</w:t>
        <w:br/>
        <w:t>Ya terminó de apuntar;</w:t>
        <w:br/>
        <w:t>y el pequeño desde lejos</w:t>
        <w:br/>
        <w:t>¡todavía la oyó carcajear!</w:t>
      </w:r>
    </w:p>
    <w:p>
      <w:pPr>
        <w:keepNext/>
        <w:keepLines/>
        <w:spacing w:line="420" w:lineRule="exact" w:after="160"/>
      </w:pPr>
      <w:r>
        <w:t>—¡Ya anoté a todos!</w:t>
        <w:br/>
        <w:t>—¡De nada, señorita! ¡Y salúdeme a los suyos!</w:t>
      </w:r>
    </w:p>
    <w:p>
      <w:hyperlink w:anchor="Indice" w:history="1">
        <w:r>
          <w:rPr>
            <w:color w:val="1F4E79"/>
            <w:u w:val="single"/>
            <w:sz w:val="24"/>
          </w:rPr>
          <w:t>Volver al índice</w:t>
        </w:r>
      </w:hyperlink>
    </w:p>
    <w:p>
      <w:bookmarkStart w:id="15" w:name="Cancion14"/>
      <w:pPr>
        <w:pStyle w:val="Heading1"/>
        <w:pageBreakBefore/>
      </w:pPr>
      <w:r>
        <w:rPr>
          <w:color w:val="000000"/>
        </w:rPr>
        <w:t>Antes de decir que sí</w:t>
      </w:r>
      <w:bookmarkEnd w:id="15"/>
    </w:p>
    <w:p>
      <w:pPr>
        <w:spacing w:after="280"/>
      </w:pPr>
      <w:hyperlink w:anchor="Indice" w:history="1">
        <w:r>
          <w:rPr>
            <w:color w:val="1F4E79"/>
            <w:u w:val="single"/>
            <w:sz w:val="24"/>
          </w:rPr>
          <w:t>Volver al índice</w:t>
        </w:r>
      </w:hyperlink>
    </w:p>
    <w:p>
      <w:pPr>
        <w:spacing w:after="400"/>
      </w:pPr>
      <w:r>
        <w:t>Esta reflexión parte de la costumbre de aceptar compromisos para no disgustar a nadie y dejar los propios asuntos para después. A veces aceptamos una invitación o un favor antes de revisar si tenemos tiempo, fuerzas o ganas. Después llegan las prisas y nuestros propios pendientes quedan esperando. La canción propone esa pequeña pausa que permite dar una respuesta honesta y conservar el gusto de estar con alguien, en lugar de llegar agotados. Quise poner en palabras la necesidad de hacer una pausa antes de responder. Un sí vale más cuando podemos cumplirlo con gusto. Decir que hoy no podemos también puede hacerse con bondad.</w:t>
      </w:r>
    </w:p>
    <w:p>
      <w:pPr>
        <w:keepLines/>
        <w:spacing w:line="420" w:lineRule="exact" w:after="160"/>
      </w:pPr>
      <w:r>
        <w:t>Me invitaron el domingo,</w:t>
        <w:br/>
        <w:t>yo tenía otro pendiente;</w:t>
        <w:br/>
        <w:t>por no disgustar a nadie</w:t>
        <w:br/>
        <w:t>dije sí inmediatamente.</w:t>
      </w:r>
    </w:p>
    <w:p>
      <w:pPr>
        <w:keepLines/>
        <w:spacing w:line="420" w:lineRule="exact" w:after="160"/>
      </w:pPr>
      <w:r>
        <w:t>Entre vueltas y favores</w:t>
        <w:br/>
        <w:t>se me fue la tarde entera;</w:t>
        <w:br/>
        <w:t>cumplí con todo el mundo,</w:t>
        <w:br/>
        <w:t>mis asuntos, a la espera.</w:t>
      </w:r>
    </w:p>
    <w:p>
      <w:pPr>
        <w:keepLines/>
        <w:spacing w:line="420" w:lineRule="exact" w:after="160"/>
      </w:pPr>
      <w:r>
        <w:t>Ahora tomo un momento,</w:t>
        <w:br/>
        <w:t>ya no quiero contestar</w:t>
        <w:br/>
        <w:t>sin saber si tengo tiempo</w:t>
        <w:br/>
        <w:t>y si puedo disfrutar.</w:t>
      </w:r>
    </w:p>
    <w:p>
      <w:pPr>
        <w:keepLines/>
        <w:spacing w:line="420" w:lineRule="exact" w:after="160"/>
      </w:pPr>
      <w:r>
        <w:t>Antes de decir que sí,</w:t>
        <w:br/>
        <w:t>déjame pensar un poco;</w:t>
        <w:br/>
        <w:t>quiero estar también por mí,</w:t>
        <w:br/>
        <w:t>sin correr de un lado a otro.</w:t>
      </w:r>
    </w:p>
    <w:p>
      <w:pPr>
        <w:keepLines/>
        <w:spacing w:line="420" w:lineRule="exact" w:after="160"/>
      </w:pPr>
      <w:r>
        <w:t>Si te digo que me apunto,</w:t>
        <w:br/>
        <w:t>voy con ganas de verdad;</w:t>
        <w:br/>
        <w:t>y si hoy no puedo hacerlo,</w:t>
        <w:br/>
        <w:t>te lo digo con bondad.</w:t>
      </w:r>
    </w:p>
    <w:p>
      <w:pPr>
        <w:keepLines/>
        <w:spacing w:line="420" w:lineRule="exact" w:after="160"/>
      </w:pPr>
      <w:r>
        <w:t>¡Un «por favor»!</w:t>
        <w:br/>
        <w:t>¡Que decida el corazón!</w:t>
        <w:br/>
        <w:t>Suena el móvil en la mesa,</w:t>
        <w:br/>
        <w:t>otra cosa que resolver;</w:t>
      </w:r>
    </w:p>
    <w:p>
      <w:pPr>
        <w:keepLines/>
        <w:spacing w:line="420" w:lineRule="exact" w:after="160"/>
      </w:pPr>
      <w:r>
        <w:t>voy a terminar mi cena,</w:t>
        <w:br/>
        <w:t>luego puedo responder.</w:t>
        <w:br/>
        <w:t>Tengo ganas de ayudarte,</w:t>
        <w:br/>
        <w:t>pero debo descansar;</w:t>
      </w:r>
    </w:p>
    <w:p>
      <w:pPr>
        <w:keepLines/>
        <w:spacing w:line="420" w:lineRule="exact" w:after="160"/>
      </w:pPr>
      <w:r>
        <w:t>mañana podré escucharte,</w:t>
        <w:br/>
        <w:t>hoy me toca reposar.</w:t>
        <w:br/>
        <w:t>No hace falta tanta prisa,</w:t>
        <w:br/>
        <w:t>puedo darme la ocasión</w:t>
      </w:r>
    </w:p>
    <w:p>
      <w:pPr>
        <w:keepLines/>
        <w:spacing w:line="420" w:lineRule="exact" w:after="160"/>
      </w:pPr>
      <w:r>
        <w:t>de ofrecer una respuesta</w:t>
        <w:br/>
        <w:t>que acompañe mi intención.</w:t>
        <w:br/>
        <w:t>Antes de decir que sí,</w:t>
        <w:br/>
        <w:t>déjame pensar un poco;</w:t>
      </w:r>
    </w:p>
    <w:p>
      <w:pPr>
        <w:keepLines/>
        <w:spacing w:line="420" w:lineRule="exact" w:after="160"/>
      </w:pPr>
      <w:r>
        <w:t>quiero estar también por mí,</w:t>
        <w:br/>
        <w:t>sin correr de un lado a otro.</w:t>
      </w:r>
    </w:p>
    <w:p>
      <w:pPr>
        <w:keepLines/>
        <w:spacing w:line="420" w:lineRule="exact" w:after="160"/>
      </w:pPr>
      <w:r>
        <w:t>Si te digo que me apunto,</w:t>
        <w:br/>
        <w:t>voy con ganas de verdad;</w:t>
        <w:br/>
        <w:t>y si hoy no puedo hacerlo,</w:t>
        <w:br/>
        <w:t>te lo digo con bondad.</w:t>
      </w:r>
    </w:p>
    <w:p>
      <w:pPr>
        <w:keepLines/>
        <w:spacing w:line="420" w:lineRule="exact" w:after="160"/>
      </w:pPr>
      <w:r>
        <w:t>Una pausa, un pensamiento,</w:t>
        <w:br/>
        <w:t>unas ganas de elegir;</w:t>
        <w:br/>
        <w:t>cuando escucho lo que siento</w:t>
        <w:br/>
        <w:t>sé qué puedo compartir.</w:t>
      </w:r>
    </w:p>
    <w:p>
      <w:pPr>
        <w:keepLines/>
        <w:spacing w:line="420" w:lineRule="exact" w:after="160"/>
      </w:pPr>
      <w:r>
        <w:t>Voy cuidando mis promesas,</w:t>
        <w:br/>
        <w:t>lo que puedo, lo que doy;</w:t>
        <w:br/>
        <w:t>quiero cumplir lo que digo</w:t>
        <w:br/>
        <w:t>sin olvidarme quién soy.</w:t>
      </w:r>
    </w:p>
    <w:p>
      <w:pPr>
        <w:keepLines/>
        <w:spacing w:line="420" w:lineRule="exact" w:after="160"/>
      </w:pPr>
      <w:r>
        <w:t>Antes de decir que sí,</w:t>
        <w:br/>
        <w:t>déjame pensar un poco;</w:t>
        <w:br/>
        <w:t>quiero estar también por mí,</w:t>
        <w:br/>
        <w:t>sin correr de un lado a otro.</w:t>
      </w:r>
    </w:p>
    <w:p>
      <w:pPr>
        <w:keepLines/>
        <w:spacing w:line="420" w:lineRule="exact" w:after="160"/>
      </w:pPr>
      <w:r>
        <w:t>Si te digo que me apunto,</w:t>
        <w:br/>
        <w:t>voy con ganas de verdad;</w:t>
        <w:br/>
        <w:t>y si hoy no puedo hacerlo,</w:t>
        <w:br/>
        <w:t>te lo digo con bondad.</w:t>
      </w:r>
    </w:p>
    <w:p>
      <w:pPr>
        <w:keepNext/>
        <w:keepLines/>
        <w:spacing w:line="420" w:lineRule="exact" w:after="160"/>
      </w:pPr>
      <w:r>
        <w:t>¡Un «por favor»!</w:t>
        <w:br/>
        <w:t>¡Que decida el corazón!</w:t>
        <w:br/>
        <w:t>Cuando diga sí,</w:t>
        <w:br/>
        <w:t>que sea porque quiero estar ahí;</w:t>
        <w:br/>
        <w:t>que al brindarte mi cariño,</w:t>
        <w:br/>
        <w:t>yo me acuerde también de mí.</w:t>
      </w:r>
    </w:p>
    <w:p>
      <w:hyperlink w:anchor="Indice" w:history="1">
        <w:r>
          <w:rPr>
            <w:color w:val="1F4E79"/>
            <w:u w:val="single"/>
            <w:sz w:val="24"/>
          </w:rPr>
          <w:t>Volver al índice</w:t>
        </w:r>
      </w:hyperlink>
    </w:p>
    <w:p>
      <w:bookmarkStart w:id="16" w:name="Cancion15"/>
      <w:pPr>
        <w:pStyle w:val="Heading1"/>
        <w:pageBreakBefore/>
      </w:pPr>
      <w:r>
        <w:rPr>
          <w:color w:val="000000"/>
        </w:rPr>
        <w:t>Con cariño y con firmeza</w:t>
      </w:r>
      <w:bookmarkEnd w:id="16"/>
    </w:p>
    <w:p>
      <w:pPr>
        <w:spacing w:after="280"/>
      </w:pPr>
      <w:hyperlink w:anchor="Indice" w:history="1">
        <w:r>
          <w:rPr>
            <w:color w:val="1F4E79"/>
            <w:u w:val="single"/>
            <w:sz w:val="24"/>
          </w:rPr>
          <w:t>Volver al índice</w:t>
        </w:r>
      </w:hyperlink>
    </w:p>
    <w:p>
      <w:pPr>
        <w:spacing w:after="400"/>
      </w:pPr>
      <w:r>
        <w:t>La canción recoge una situación común: guardar lo que sentimos hasta que un detalle hace salir todo de golpe. Callar para evitar una dificultad puede hacer que lo guardado salga después de una manera que lastima. La letra busca una conversación más clara, donde cada persona pueda expresar sus necesidades y escuchar las de la otra. También ofrece la posibilidad de hacer una pausa y retomar la charla cuando vuelva la calma. Quise expresar una manera más serena de hablar y de poner límites. El cariño puede convivir con la firmeza. Hablar a tiempo, escuchar y cumplir la palabra ayudan a cuidar una relación.</w:t>
      </w:r>
    </w:p>
    <w:p>
      <w:pPr>
        <w:keepLines/>
        <w:spacing w:line="420" w:lineRule="exact" w:after="160"/>
      </w:pPr>
      <w:r>
        <w:t>Por guardar lo que sentía,</w:t>
        <w:br/>
        <w:t>por dejarlo para luego,</w:t>
        <w:br/>
        <w:t>cada cosa que callaba</w:t>
        <w:br/>
        <w:t>fue sumándose al desvelo.</w:t>
      </w:r>
    </w:p>
    <w:p>
      <w:pPr>
        <w:keepLines/>
        <w:spacing w:line="420" w:lineRule="exact" w:after="160"/>
      </w:pPr>
      <w:r>
        <w:t>Una tarde, por tan poco,</w:t>
        <w:br/>
        <w:t>solté todo de repente;</w:t>
        <w:br/>
        <w:t>lo que llevaba guardado</w:t>
        <w:br/>
        <w:t>lastimó a quien tuve enfrente.</w:t>
      </w:r>
    </w:p>
    <w:p>
      <w:pPr>
        <w:keepLines/>
        <w:spacing w:line="420" w:lineRule="exact" w:after="160"/>
      </w:pPr>
      <w:r>
        <w:t>Hoy prefiero hablar a tiempo,</w:t>
        <w:br/>
        <w:t>dar espacio a la razón;</w:t>
        <w:br/>
        <w:t>escuchar lo que tú sientes</w:t>
        <w:br/>
        <w:t>y expresar mi condición.</w:t>
      </w:r>
    </w:p>
    <w:p>
      <w:pPr>
        <w:keepLines/>
        <w:spacing w:line="420" w:lineRule="exact" w:after="160"/>
      </w:pPr>
      <w:r>
        <w:t>Con cariño y con firmeza,</w:t>
        <w:br/>
        <w:t>con respeto y claridad,</w:t>
        <w:br/>
        <w:t>voy poniendo sobre la mesa</w:t>
        <w:br/>
        <w:t>lo que puedo y quiero dar.</w:t>
      </w:r>
    </w:p>
    <w:p>
      <w:pPr>
        <w:keepLines/>
        <w:spacing w:line="420" w:lineRule="exact" w:after="160"/>
      </w:pPr>
      <w:r>
        <w:t>Si te digo «hoy no puedo»,</w:t>
        <w:br/>
        <w:t>mi cariño sigue aquí;</w:t>
        <w:br/>
        <w:t>puedo caminar contigo</w:t>
        <w:br/>
        <w:t>sin alejarme de mí.</w:t>
      </w:r>
    </w:p>
    <w:p>
      <w:pPr>
        <w:keepLines/>
        <w:spacing w:line="420" w:lineRule="exact" w:after="160"/>
      </w:pPr>
      <w:r>
        <w:t>Si la charla se hace grito,</w:t>
        <w:br/>
        <w:t>yo prefiero descansar;</w:t>
        <w:br/>
        <w:t>cuando vuelva nuestra calma</w:t>
        <w:br/>
        <w:t>la podremos retomar.</w:t>
      </w:r>
    </w:p>
    <w:p>
      <w:pPr>
        <w:keepLines/>
        <w:spacing w:line="420" w:lineRule="exact" w:after="160"/>
      </w:pPr>
      <w:r>
        <w:t>Si te digo que mañana</w:t>
        <w:br/>
        <w:t>tengo tiempo para hablar,</w:t>
        <w:br/>
        <w:t>cumpliré con mi palabra,</w:t>
        <w:br/>
        <w:t>me podrás allí encontrar.</w:t>
      </w:r>
    </w:p>
    <w:p>
      <w:pPr>
        <w:keepLines/>
        <w:spacing w:line="420" w:lineRule="exact" w:after="160"/>
      </w:pPr>
      <w:r>
        <w:t>Voy cuidando lo que digo,</w:t>
        <w:br/>
        <w:t>lo que ofrezco, lo que doy;</w:t>
        <w:br/>
        <w:t>que mis hechos te confirmen</w:t>
        <w:br/>
        <w:t>la persona que yo soy.</w:t>
      </w:r>
    </w:p>
    <w:p>
      <w:pPr>
        <w:keepLines/>
        <w:spacing w:line="420" w:lineRule="exact" w:after="160"/>
      </w:pPr>
      <w:r>
        <w:t>Con cariño y con firmeza,</w:t>
        <w:br/>
        <w:t>con respeto y claridad,</w:t>
        <w:br/>
        <w:t>voy poniendo sobre la mesa</w:t>
        <w:br/>
        <w:t>lo que puedo y quiero dar.</w:t>
      </w:r>
    </w:p>
    <w:p>
      <w:pPr>
        <w:keepLines/>
        <w:spacing w:line="420" w:lineRule="exact" w:after="160"/>
      </w:pPr>
      <w:r>
        <w:t>Si te digo «hoy no puedo»,</w:t>
        <w:br/>
        <w:t>mi cariño sigue aquí;</w:t>
        <w:br/>
        <w:t>puedo caminar contigo</w:t>
        <w:br/>
        <w:t>sin alejarme de mí.</w:t>
      </w:r>
    </w:p>
    <w:p>
      <w:pPr>
        <w:keepLines/>
        <w:spacing w:line="420" w:lineRule="exact" w:after="160"/>
      </w:pPr>
      <w:r>
        <w:t>Tú tendrás tus propias ganas,</w:t>
        <w:br/>
        <w:t>yo tendré mi parecer;</w:t>
        <w:br/>
        <w:t>conversemos nuestras dudas,</w:t>
        <w:br/>
        <w:t>hay caminos por hacer.</w:t>
      </w:r>
    </w:p>
    <w:p>
      <w:pPr>
        <w:keepLines/>
        <w:spacing w:line="420" w:lineRule="exact" w:after="160"/>
      </w:pPr>
      <w:r>
        <w:t>Y si hoy no coincidimos,</w:t>
        <w:br/>
        <w:t>lo podemos aceptar;</w:t>
        <w:br/>
        <w:t>el respeto nos permite</w:t>
        <w:br/>
        <w:t>escucharnos sin pelear.</w:t>
      </w:r>
    </w:p>
    <w:p>
      <w:pPr>
        <w:keepLines/>
        <w:spacing w:line="420" w:lineRule="exact" w:after="160"/>
      </w:pPr>
      <w:r>
        <w:t>Con cariño y con firmeza,</w:t>
        <w:br/>
        <w:t>con respeto y claridad,</w:t>
        <w:br/>
        <w:t>voy poniendo sobre la mesa</w:t>
        <w:br/>
        <w:t>lo que puedo y quiero dar.</w:t>
      </w:r>
    </w:p>
    <w:p>
      <w:pPr>
        <w:keepNext/>
        <w:keepLines/>
        <w:spacing w:line="420" w:lineRule="exact" w:after="160"/>
      </w:pPr>
      <w:r>
        <w:t>Si te digo «hoy no puedo»,</w:t>
        <w:br/>
        <w:t>mi cariño sigue aquí;</w:t>
        <w:br/>
        <w:t>puedo caminar contigo</w:t>
        <w:br/>
        <w:t>sin alejarme de mí.</w:t>
        <w:br/>
        <w:t>Voy hablando a tiempo,</w:t>
        <w:br/>
        <w:t>voy cuidando mi voz;</w:t>
        <w:br/>
        <w:t>hay espacio en el camino</w:t>
        <w:br/>
        <w:t>para caminar los dos.</w:t>
      </w:r>
    </w:p>
    <w:p>
      <w:hyperlink w:anchor="Indice" w:history="1">
        <w:r>
          <w:rPr>
            <w:color w:val="1F4E79"/>
            <w:u w:val="single"/>
            <w:sz w:val="24"/>
          </w:rPr>
          <w:t>Volver al índice</w:t>
        </w:r>
      </w:hyperlink>
    </w:p>
    <w:p>
      <w:bookmarkStart w:id="17" w:name="Cancion16"/>
      <w:pPr>
        <w:pStyle w:val="Heading1"/>
        <w:pageBreakBefore/>
      </w:pPr>
      <w:r>
        <w:rPr>
          <w:color w:val="000000"/>
        </w:rPr>
        <w:t>Yo también importo</w:t>
      </w:r>
      <w:bookmarkEnd w:id="17"/>
    </w:p>
    <w:p>
      <w:pPr>
        <w:spacing w:after="280"/>
      </w:pPr>
      <w:hyperlink w:anchor="Indice" w:history="1">
        <w:r>
          <w:rPr>
            <w:color w:val="1F4E79"/>
            <w:u w:val="single"/>
            <w:sz w:val="24"/>
          </w:rPr>
          <w:t>Volver al índice</w:t>
        </w:r>
      </w:hyperlink>
    </w:p>
    <w:p>
      <w:pPr>
        <w:spacing w:after="400"/>
      </w:pPr>
      <w:r>
        <w:t>Esta reflexión se pregunta qué ocurre cuando atendemos a todo el mundo y dejamos nuestras propias necesidades al final. Es fácil acostumbrarse a estar disponible y confundir ese esfuerzo con la única manera de ser queridos. La canción se detiene en la pregunta de quién escucha nuestras propias ganas. Encontrar un lugar para nosotros no cierra la puerta a los demás: puede ayudarnos a compartir con mayor libertad y sinceridad. Quise darle voz al deseo de compartir sin olvidarnos de nosotros mismos. Nuestros sueños y nuestro descanso también merecen espacio. Querer a otros puede incluir el cuidado de la propia vida.</w:t>
      </w:r>
    </w:p>
    <w:p>
      <w:pPr>
        <w:keepLines/>
        <w:spacing w:line="420" w:lineRule="exact" w:after="160"/>
      </w:pPr>
      <w:r>
        <w:t>Por no causar desilusión,</w:t>
        <w:br/>
        <w:t>decía que sí sin preguntar;</w:t>
        <w:br/>
        <w:t>guardaba lo que sentía</w:t>
        <w:br/>
        <w:t>y lo dejaba para después.</w:t>
      </w:r>
    </w:p>
    <w:p>
      <w:pPr>
        <w:keepLines/>
        <w:spacing w:line="420" w:lineRule="exact" w:after="160"/>
      </w:pPr>
      <w:r>
        <w:t>Si alguien buscaba compañía,</w:t>
        <w:br/>
        <w:t>yo siempre hallaba algún lugar;</w:t>
        <w:br/>
        <w:t>pero al quedarse el día vacío,</w:t>
        <w:br/>
        <w:t>me faltaba tiempo para descansar.</w:t>
      </w:r>
    </w:p>
    <w:p>
      <w:pPr>
        <w:keepLines/>
        <w:spacing w:line="420" w:lineRule="exact" w:after="160"/>
      </w:pPr>
      <w:r>
        <w:t>Y una pregunta, poco a poco,</w:t>
        <w:br/>
        <w:t>entre el silencio despertó:</w:t>
        <w:br/>
        <w:t>«Si escucho tanto a todo el mundo,</w:t>
        <w:br/>
        <w:t>¿por qué no escucho lo que soy?».</w:t>
      </w:r>
    </w:p>
    <w:p>
      <w:pPr>
        <w:keepLines/>
        <w:spacing w:line="420" w:lineRule="exact" w:after="160"/>
      </w:pPr>
      <w:r>
        <w:t>Yo también importo,</w:t>
        <w:br/>
        <w:t>también tengo voz;</w:t>
        <w:br/>
        <w:t>mis sueños merecen</w:t>
        <w:br/>
        <w:t>su sitio bajo el sol.</w:t>
      </w:r>
    </w:p>
    <w:p>
      <w:pPr>
        <w:keepLines/>
        <w:spacing w:line="420" w:lineRule="exact" w:after="160"/>
      </w:pPr>
      <w:r>
        <w:t>Puedo dar cariño,</w:t>
        <w:br/>
        <w:t>puedo compartir,</w:t>
        <w:br/>
        <w:t>sin dejar mi vida</w:t>
        <w:br/>
        <w:t>para después de ti.</w:t>
      </w:r>
    </w:p>
    <w:p>
      <w:pPr>
        <w:keepLines/>
        <w:spacing w:line="420" w:lineRule="exact" w:after="160"/>
      </w:pPr>
      <w:r>
        <w:t>Yo también importo,</w:t>
        <w:br/>
        <w:t>lo empiezo a comprender;</w:t>
        <w:br/>
        <w:t>quiero estar contigo</w:t>
        <w:br/>
        <w:t>y conmigo estar también.</w:t>
      </w:r>
    </w:p>
    <w:p>
      <w:pPr>
        <w:keepLines/>
        <w:spacing w:line="420" w:lineRule="exact" w:after="160"/>
      </w:pPr>
      <w:r>
        <w:t>A veces, por sentirme querido,</w:t>
        <w:br/>
        <w:t>busqué agradar a los demás;</w:t>
        <w:br/>
        <w:t>y entre favores y pendientes,</w:t>
        <w:br/>
        <w:t>mi propio rumbo quedó atrás.</w:t>
      </w:r>
    </w:p>
    <w:p>
      <w:pPr>
        <w:keepLines/>
        <w:spacing w:line="420" w:lineRule="exact" w:after="160"/>
      </w:pPr>
      <w:r>
        <w:t>Hoy quiero dar porque lo siento,</w:t>
        <w:br/>
        <w:t>con alegría y libertad;</w:t>
        <w:br/>
        <w:t>que no sea el miedo quien decida</w:t>
        <w:br/>
        <w:t>lo que mi boca va a aceptar.</w:t>
      </w:r>
    </w:p>
    <w:p>
      <w:pPr>
        <w:keepLines/>
        <w:spacing w:line="420" w:lineRule="exact" w:after="160"/>
      </w:pPr>
      <w:r>
        <w:t>Antes de dar una respuesta,</w:t>
        <w:br/>
        <w:t>me tomaré tiempo para pensar;</w:t>
        <w:br/>
        <w:t>también hay algo aquí en mi pecho</w:t>
        <w:br/>
        <w:t>que necesita su lugar.</w:t>
      </w:r>
    </w:p>
    <w:p>
      <w:pPr>
        <w:keepLines/>
        <w:spacing w:line="420" w:lineRule="exact" w:after="160"/>
      </w:pPr>
      <w:r>
        <w:t>Yo también importo,</w:t>
        <w:br/>
        <w:t>también tengo voz;</w:t>
        <w:br/>
        <w:t>mis sueños merecen</w:t>
        <w:br/>
        <w:t>su sitio bajo el sol.</w:t>
      </w:r>
    </w:p>
    <w:p>
      <w:pPr>
        <w:keepLines/>
        <w:spacing w:line="420" w:lineRule="exact" w:after="160"/>
      </w:pPr>
      <w:r>
        <w:t>Puedo dar cariño,</w:t>
        <w:br/>
        <w:t>puedo compartir,</w:t>
        <w:br/>
        <w:t>sin dejar mi vida</w:t>
        <w:br/>
        <w:t>para después de ti.</w:t>
      </w:r>
    </w:p>
    <w:p>
      <w:pPr>
        <w:keepLines/>
        <w:spacing w:line="420" w:lineRule="exact" w:after="160"/>
      </w:pPr>
      <w:r>
        <w:t>Yo también importo,</w:t>
        <w:br/>
        <w:t>lo empiezo a comprender;</w:t>
        <w:br/>
        <w:t>quiero estar contigo</w:t>
        <w:br/>
        <w:t>y conmigo estar también.</w:t>
      </w:r>
    </w:p>
    <w:p>
      <w:pPr>
        <w:keepLines/>
        <w:spacing w:line="420" w:lineRule="exact" w:after="160"/>
      </w:pPr>
      <w:r>
        <w:t>Tal vez me cueste al comienzo</w:t>
        <w:br/>
        <w:t>decir lo que siento de verdad;</w:t>
        <w:br/>
        <w:t>voy aprendiendo paso a paso,</w:t>
        <w:br/>
        <w:t>con cariño y honestidad.</w:t>
      </w:r>
    </w:p>
    <w:p>
      <w:pPr>
        <w:keepLines/>
        <w:spacing w:line="420" w:lineRule="exact" w:after="160"/>
      </w:pPr>
      <w:r>
        <w:t>Que mi sí nazca del alma,</w:t>
        <w:br/>
        <w:t>que tenga espacio para elegir;</w:t>
        <w:br/>
        <w:t>que al ofrecerte mis dos manos,</w:t>
        <w:br/>
        <w:t>también me acuerde de mí.</w:t>
      </w:r>
    </w:p>
    <w:p>
      <w:pPr>
        <w:keepLines/>
        <w:spacing w:line="420" w:lineRule="exact" w:after="160"/>
      </w:pPr>
      <w:r>
        <w:t>Yo también importo,</w:t>
        <w:br/>
        <w:t>también tengo voz;</w:t>
        <w:br/>
        <w:t>mis sueños merecen</w:t>
        <w:br/>
        <w:t>su sitio bajo el sol.</w:t>
      </w:r>
    </w:p>
    <w:p>
      <w:pPr>
        <w:keepLines/>
        <w:spacing w:line="420" w:lineRule="exact" w:after="160"/>
      </w:pPr>
      <w:r>
        <w:t>Puedo dar cariño,</w:t>
        <w:br/>
        <w:t>puedo compartir,</w:t>
        <w:br/>
        <w:t>sin dejar mi vida</w:t>
        <w:br/>
        <w:t>para después de ti.</w:t>
      </w:r>
    </w:p>
    <w:p>
      <w:pPr>
        <w:keepLines/>
        <w:spacing w:line="420" w:lineRule="exact" w:after="160"/>
      </w:pPr>
      <w:r>
        <w:t>Yo también importo,</w:t>
        <w:br/>
        <w:t>hoy lo quiero recordar:</w:t>
        <w:br/>
        <w:t>hay lugar para nosotros</w:t>
        <w:br/>
        <w:t>sin tenerme que olvidar.</w:t>
      </w:r>
    </w:p>
    <w:p>
      <w:pPr>
        <w:keepNext/>
        <w:keepLines/>
        <w:spacing w:line="420" w:lineRule="exact" w:after="160"/>
      </w:pPr>
      <w:r>
        <w:t>Hay lugar para tu vida,</w:t>
        <w:br/>
        <w:t>hay lugar para la mía;</w:t>
        <w:br/>
        <w:t>quiero compartir contigo</w:t>
        <w:br/>
        <w:t>lo mejor de cada día.</w:t>
      </w:r>
    </w:p>
    <w:p>
      <w:hyperlink w:anchor="Indice" w:history="1">
        <w:r>
          <w:rPr>
            <w:color w:val="1F4E79"/>
            <w:u w:val="single"/>
            <w:sz w:val="24"/>
          </w:rPr>
          <w:t>Volver al índice</w:t>
        </w:r>
      </w:hyperlink>
    </w:p>
    <w:p>
      <w:bookmarkStart w:id="18" w:name="Cancion17"/>
      <w:pPr>
        <w:pStyle w:val="Heading1"/>
        <w:pageBreakBefore/>
      </w:pPr>
      <w:r>
        <w:rPr>
          <w:color w:val="000000"/>
        </w:rPr>
        <w:t>Pequeña flor tan roja</w:t>
      </w:r>
      <w:bookmarkEnd w:id="18"/>
    </w:p>
    <w:p>
      <w:pPr>
        <w:spacing w:after="280"/>
      </w:pPr>
      <w:hyperlink w:anchor="Indice" w:history="1">
        <w:r>
          <w:rPr>
            <w:color w:val="1F4E79"/>
            <w:u w:val="single"/>
            <w:sz w:val="24"/>
          </w:rPr>
          <w:t>Volver al índice</w:t>
        </w:r>
      </w:hyperlink>
    </w:p>
    <w:p>
      <w:pPr>
        <w:spacing w:after="400"/>
      </w:pPr>
      <w:r>
        <w:t>La historia toma la imagen de una flor joven que crece en un lugar difícil y aprende a vivir con su propio color. La flor representa a quien trata de encajar y termina escondiendo lo que siente. Su mancha y el terreno donde creció forman parte de su historia, aunque otros los miren como defectos. Al aceptarse, encuentra una fuerza que ya estaba en sus raíces y se permite florecer sin imitar a las demás. Quise expresar, mediante esa flor, el valor de aceptarse y seguir creciendo pese a las dificultades. No tenemos que complacer a todos para merecer cariño. Lo que nos hace diferentes también forma parte de nuestra belleza.</w:t>
      </w:r>
    </w:p>
    <w:p>
      <w:pPr>
        <w:keepLines/>
        <w:spacing w:line="420" w:lineRule="exact" w:after="160"/>
      </w:pPr>
      <w:r>
        <w:t>Flor que alguna vez fue consuelo,</w:t>
        <w:br/>
        <w:t>convertida en promesa y regalo,</w:t>
        <w:br/>
        <w:t>hoy conserva escondido en su pecho</w:t>
        <w:br/>
        <w:t>aquel sueño que había olvidado.</w:t>
      </w:r>
    </w:p>
    <w:p>
      <w:pPr>
        <w:keepLines/>
        <w:spacing w:line="420" w:lineRule="exact" w:after="160"/>
      </w:pPr>
      <w:r>
        <w:t>Pequeña flor de rojo intenso,</w:t>
        <w:br/>
        <w:t>tan brillante como un rubí,</w:t>
        <w:br/>
        <w:t>con el fuego vivo de la escarlata</w:t>
        <w:br/>
        <w:t>y una mancha que habla de ti.</w:t>
      </w:r>
    </w:p>
    <w:p>
      <w:pPr>
        <w:keepLines/>
        <w:spacing w:line="420" w:lineRule="exact" w:after="160"/>
      </w:pPr>
      <w:r>
        <w:t>Los demás la llaman imperfecta</w:t>
        <w:br/>
        <w:t>sin mirar su verdadero color;</w:t>
        <w:br/>
        <w:t>ella intenta agradarle a este mundo</w:t>
        <w:br/>
        <w:t>mientras va silenciando su voz.</w:t>
      </w:r>
    </w:p>
    <w:p>
      <w:pPr>
        <w:keepLines/>
        <w:spacing w:line="420" w:lineRule="exact" w:after="160"/>
      </w:pPr>
      <w:r>
        <w:t>Pequeña flor tan roja, vuelve a florecer,</w:t>
        <w:br/>
        <w:t>no naciste para a todos complacer;</w:t>
        <w:br/>
        <w:t>aunque crezcas en terreno difícil,</w:t>
        <w:br/>
        <w:t>también tienes el derecho de crecer.</w:t>
      </w:r>
    </w:p>
    <w:p>
      <w:pPr>
        <w:keepLines/>
        <w:spacing w:line="420" w:lineRule="exact" w:after="160"/>
      </w:pPr>
      <w:r>
        <w:t>Pequeña flor tan roja, vive sin temor,</w:t>
        <w:br/>
        <w:t>con tu mancha, con tu esencia y tu color;</w:t>
        <w:br/>
        <w:t>porque aquello que los otros llaman defecto</w:t>
        <w:br/>
        <w:t>es la huella que te llena de valor.</w:t>
      </w:r>
    </w:p>
    <w:p>
      <w:pPr>
        <w:keepLines/>
        <w:spacing w:line="420" w:lineRule="exact" w:after="160"/>
      </w:pPr>
      <w:r>
        <w:t>Esta flor no creció entre jardines</w:t>
        <w:br/>
        <w:t>ni en la tierra más fácil de andar;</w:t>
        <w:br/>
        <w:t>sus raíces vencieron las piedras</w:t>
        <w:br/>
        <w:t>y aprendieron a no renunciar.</w:t>
      </w:r>
    </w:p>
    <w:p>
      <w:pPr>
        <w:keepLines/>
        <w:spacing w:line="420" w:lineRule="exact" w:after="160"/>
      </w:pPr>
      <w:r>
        <w:t>Por más alto que eleve sus ramas,</w:t>
        <w:br/>
        <w:t>dicen que nunca será como las demás;</w:t>
        <w:br/>
        <w:t>pero ignoran que entre las heridas</w:t>
        <w:br/>
        <w:t>nacen fuerzas que pueden sanar.</w:t>
      </w:r>
    </w:p>
    <w:p>
      <w:pPr>
        <w:keepLines/>
        <w:spacing w:line="420" w:lineRule="exact" w:after="160"/>
      </w:pPr>
      <w:r>
        <w:t>Siempre frágil, algunas veces triste,</w:t>
        <w:br/>
        <w:t>va buscando encontrarse al final;</w:t>
        <w:br/>
        <w:t>tantas veces fue lo que otros quisieron</w:t>
        <w:br/>
        <w:t>que olvidó lo que quiere en verdad.</w:t>
      </w:r>
    </w:p>
    <w:p>
      <w:pPr>
        <w:keepLines/>
        <w:spacing w:line="420" w:lineRule="exact" w:after="160"/>
      </w:pPr>
      <w:r>
        <w:t>Pequeña flor tan roja, vuelve a florecer,</w:t>
        <w:br/>
        <w:t>no naciste para a todos complacer;</w:t>
        <w:br/>
        <w:t>aunque crezcas en terreno difícil,</w:t>
        <w:br/>
        <w:t>también tienes el derecho de crecer.</w:t>
      </w:r>
    </w:p>
    <w:p>
      <w:pPr>
        <w:keepLines/>
        <w:spacing w:line="420" w:lineRule="exact" w:after="160"/>
      </w:pPr>
      <w:r>
        <w:t>Pequeña flor tan roja, vive sin temor,</w:t>
        <w:br/>
        <w:t>con tu mancha, con tu esencia y tu color;</w:t>
        <w:br/>
        <w:t>porque aquello que los otros llaman defecto</w:t>
        <w:br/>
        <w:t>es la huella que te llena de valor.</w:t>
      </w:r>
    </w:p>
    <w:p>
      <w:pPr>
        <w:keepLines/>
        <w:spacing w:line="420" w:lineRule="exact" w:after="160"/>
      </w:pPr>
      <w:r>
        <w:t>Ya no quiere vivir en un sueño</w:t>
        <w:br/>
        <w:t>ni esconder lo que lleva en su ser;</w:t>
        <w:br/>
        <w:t>hoy comprende que ser diferente</w:t>
        <w:br/>
        <w:t>es también otra forma de crecer.</w:t>
      </w:r>
    </w:p>
    <w:p>
      <w:pPr>
        <w:keepLines/>
        <w:spacing w:line="420" w:lineRule="exact" w:after="160"/>
      </w:pPr>
      <w:r>
        <w:t>Y si el viento sacude sus hojas,</w:t>
        <w:br/>
        <w:t>sus raíces la harán resistir;</w:t>
        <w:br/>
        <w:t>porque incluso en la tierra más árida</w:t>
        <w:br/>
        <w:t>una flor puede volver a vivir.</w:t>
      </w:r>
    </w:p>
    <w:p>
      <w:pPr>
        <w:keepLines/>
        <w:spacing w:line="420" w:lineRule="exact" w:after="160"/>
      </w:pPr>
      <w:r>
        <w:t>Pequeña flor tan roja, vuelve a florecer,</w:t>
        <w:br/>
        <w:t>ya no tienes que esconderte ni ceder;</w:t>
        <w:br/>
        <w:t>esa mancha que algún día te dolía</w:t>
        <w:br/>
        <w:t>hoy te enseña lo que puedes llegar a ser.</w:t>
      </w:r>
    </w:p>
    <w:p>
      <w:pPr>
        <w:keepLines/>
        <w:spacing w:line="420" w:lineRule="exact" w:after="160"/>
      </w:pPr>
      <w:r>
        <w:t>Pequeña flor tan roja, brilla bajo el sol,</w:t>
        <w:br/>
        <w:t>sin cadenas, sin tristeza y sin temor;</w:t>
        <w:br/>
        <w:t>porque aquello que parecía imperfecto</w:t>
        <w:br/>
        <w:t>es la esencia que te llena de valor.</w:t>
      </w:r>
    </w:p>
    <w:p>
      <w:pPr>
        <w:keepLines/>
        <w:spacing w:line="420" w:lineRule="exact" w:after="160"/>
      </w:pPr>
      <w:r>
        <w:t>Pequeña flor tan roja e intensa,</w:t>
        <w:br/>
        <w:t>tan brillante como un rubí;</w:t>
        <w:br/>
        <w:t>ya no busques ser como las otras,</w:t>
        <w:br/>
        <w:t>solo atrévete a vivir siendo tú.</w:t>
      </w:r>
    </w:p>
    <w:p>
      <w:pPr>
        <w:keepNext/>
        <w:keepLines/>
        <w:spacing w:line="420" w:lineRule="exact" w:after="160"/>
      </w:pPr>
      <w:r>
        <w:t>Pequeña flor tan roja…</w:t>
        <w:br/>
        <w:t>ha llegado tu momento de florecer.</w:t>
      </w:r>
    </w:p>
    <w:p>
      <w:hyperlink w:anchor="Indice" w:history="1">
        <w:r>
          <w:rPr>
            <w:color w:val="1F4E79"/>
            <w:u w:val="single"/>
            <w:sz w:val="24"/>
          </w:rPr>
          <w:t>Volver al índice</w:t>
        </w:r>
      </w:hyperlink>
    </w:p>
    <w:p>
      <w:bookmarkStart w:id="19" w:name="Cancion18"/>
      <w:pPr>
        <w:pStyle w:val="Heading1"/>
        <w:pageBreakBefore/>
      </w:pPr>
      <w:r>
        <w:rPr>
          <w:color w:val="000000"/>
        </w:rPr>
        <w:t>Lo que callé</w:t>
      </w:r>
      <w:bookmarkEnd w:id="19"/>
    </w:p>
    <w:p>
      <w:pPr>
        <w:spacing w:after="280"/>
      </w:pPr>
      <w:hyperlink w:anchor="Indice" w:history="1">
        <w:r>
          <w:rPr>
            <w:color w:val="1F4E79"/>
            <w:u w:val="single"/>
            <w:sz w:val="24"/>
          </w:rPr>
          <w:t>Volver al índice</w:t>
        </w:r>
      </w:hyperlink>
    </w:p>
    <w:p>
      <w:pPr>
        <w:spacing w:after="400"/>
      </w:pPr>
      <w:r>
        <w:t>Esta canción se acerca a las palabras guardadas, a los recuerdos que pesan y a la costumbre de esconder el dolor detrás de una sonrisa. Hay recuerdos que regresan cuando estamos solos, aunque durante el día parezca que nada sucede. La canción abre un espacio para reconocerlos sin prisa y sin obligarnos a tener resuelto todo el dolor. Decir lo que pesa y escucharlo con respeto puede ser una manera de empezar a acompañarnos mejor. Quise dar espacio a esos sentimientos sin exigir una recuperación inmediata. Escucharnos con sinceridad puede ser un primer paso. No necesitamos fingir que todo está bien para seguir adelante.</w:t>
      </w:r>
    </w:p>
    <w:p>
      <w:pPr>
        <w:keepLines/>
        <w:spacing w:line="420" w:lineRule="exact" w:after="160"/>
      </w:pPr>
      <w:r>
        <w:t>Hubo palabras que dolieron,</w:t>
        <w:br/>
        <w:t>hubo silencios sin final;</w:t>
        <w:br/>
        <w:t>hubo promesas que se fueron</w:t>
        <w:br/>
        <w:t>cuando hizo falta su verdad.</w:t>
      </w:r>
    </w:p>
    <w:p>
      <w:pPr>
        <w:keepLines/>
        <w:spacing w:line="420" w:lineRule="exact" w:after="160"/>
      </w:pPr>
      <w:r>
        <w:t>Puse una risa por delante,</w:t>
        <w:br/>
        <w:t>nadie veía mi pesar;</w:t>
        <w:br/>
        <w:t>pero al quedarme sin testigos,</w:t>
        <w:br/>
        <w:t>todo volvía a comenzar.</w:t>
      </w:r>
    </w:p>
    <w:p>
      <w:pPr>
        <w:keepLines/>
        <w:spacing w:line="420" w:lineRule="exact" w:after="160"/>
      </w:pPr>
      <w:r>
        <w:t>Hoy voy a hablar de lo vivido,</w:t>
        <w:br/>
        <w:t>sin esconder mi corazón;</w:t>
        <w:br/>
        <w:t>lo que por años he callado</w:t>
        <w:br/>
        <w:t>también merece comprensión.</w:t>
      </w:r>
    </w:p>
    <w:p>
      <w:pPr>
        <w:keepLines/>
        <w:spacing w:line="420" w:lineRule="exact" w:after="160"/>
      </w:pPr>
      <w:r>
        <w:t>Me duele, sí, pero aquí estoy,</w:t>
        <w:br/>
        <w:t>con lo que fui, con lo que soy.</w:t>
        <w:br/>
        <w:t>Voy a escuchar lo que callé,</w:t>
        <w:br/>
        <w:t>voy a abrazar lo que escondí;</w:t>
      </w:r>
    </w:p>
    <w:p>
      <w:pPr>
        <w:keepLines/>
        <w:spacing w:line="420" w:lineRule="exact" w:after="160"/>
      </w:pPr>
      <w:r>
        <w:t>aunque me cueste dar el paso,</w:t>
        <w:br/>
        <w:t>quiero volver a estar en mí.</w:t>
        <w:br/>
        <w:t>Me duele, sí, pero aquí estoy,</w:t>
        <w:br/>
        <w:t>y poco a poco vuelvo a mí;</w:t>
      </w:r>
    </w:p>
    <w:p>
      <w:pPr>
        <w:keepLines/>
        <w:spacing w:line="420" w:lineRule="exact" w:after="160"/>
      </w:pPr>
      <w:r>
        <w:t>hoy no me exijo estar curado,</w:t>
        <w:br/>
        <w:t>hoy solo dejo de fingir.</w:t>
        <w:br/>
        <w:t>Hay una silla en mi memoria,</w:t>
        <w:br/>
        <w:t>hay una voz que no volvió;</w:t>
      </w:r>
    </w:p>
    <w:p>
      <w:pPr>
        <w:keepLines/>
        <w:spacing w:line="420" w:lineRule="exact" w:after="160"/>
      </w:pPr>
      <w:r>
        <w:t>yo repetía aquella historia</w:t>
        <w:br/>
        <w:t>y cada noche me alcanzó.</w:t>
        <w:br/>
        <w:t>Quise borrar lo sucedido,</w:t>
        <w:br/>
        <w:t>quise dejarlo de sentir;</w:t>
      </w:r>
    </w:p>
    <w:p>
      <w:pPr>
        <w:keepLines/>
        <w:spacing w:line="420" w:lineRule="exact" w:after="160"/>
      </w:pPr>
      <w:r>
        <w:t>hoy puedo darle su lugar</w:t>
        <w:br/>
        <w:t>sin que decida mi vivir.</w:t>
        <w:br/>
        <w:t>Si hoy una lágrima aparece,</w:t>
        <w:br/>
        <w:t>la dejaré bajar en paz;</w:t>
      </w:r>
    </w:p>
    <w:p>
      <w:pPr>
        <w:keepLines/>
        <w:spacing w:line="420" w:lineRule="exact" w:after="160"/>
      </w:pPr>
      <w:r>
        <w:t>nadie conoce cuánto pesa</w:t>
        <w:br/>
        <w:t>lo que aprendimos a callar.</w:t>
        <w:br/>
        <w:t>Me duele, sí, pero aquí estoy,</w:t>
        <w:br/>
        <w:t>con lo que fui, con lo que soy.</w:t>
      </w:r>
    </w:p>
    <w:p>
      <w:pPr>
        <w:keepLines/>
        <w:spacing w:line="420" w:lineRule="exact" w:after="160"/>
      </w:pPr>
      <w:r>
        <w:t>Voy a escuchar lo que callé,</w:t>
        <w:br/>
        <w:t>voy a abrazar lo que escondí;</w:t>
        <w:br/>
        <w:t>aunque me cueste dar el paso,</w:t>
        <w:br/>
        <w:t>quiero volver a estar en mí.</w:t>
      </w:r>
    </w:p>
    <w:p>
      <w:pPr>
        <w:keepLines/>
        <w:spacing w:line="420" w:lineRule="exact" w:after="160"/>
      </w:pPr>
      <w:r>
        <w:t>Me duele, sí, pero aquí estoy,</w:t>
        <w:br/>
        <w:t>y poco a poco vuelvo a mí;</w:t>
        <w:br/>
        <w:t>hoy no me exijo estar curado,</w:t>
        <w:br/>
        <w:t>hoy solo dejo de fingir.</w:t>
      </w:r>
    </w:p>
    <w:p>
      <w:pPr>
        <w:keepNext/>
        <w:keepLines/>
        <w:spacing w:line="420" w:lineRule="exact" w:after="160"/>
      </w:pPr>
      <w:r>
        <w:t>Hoy le doy voz a mi silencio,</w:t>
        <w:br/>
        <w:t>hoy me permito ser sincero;</w:t>
        <w:br/>
        <w:t>voy a empezar por escucharme,</w:t>
        <w:br/>
        <w:t>voy a cuidarme en este intento.</w:t>
      </w:r>
    </w:p>
    <w:p>
      <w:hyperlink w:anchor="Indice" w:history="1">
        <w:r>
          <w:rPr>
            <w:color w:val="1F4E79"/>
            <w:u w:val="single"/>
            <w:sz w:val="24"/>
          </w:rPr>
          <w:t>Volver al índice</w:t>
        </w:r>
      </w:hyperlink>
    </w:p>
    <w:p>
      <w:bookmarkStart w:id="20" w:name="Cancion19"/>
      <w:pPr>
        <w:pStyle w:val="Heading1"/>
        <w:pageBreakBefore/>
      </w:pPr>
      <w:r>
        <w:rPr>
          <w:color w:val="000000"/>
        </w:rPr>
        <w:t>Te perdono y sigo andando</w:t>
      </w:r>
      <w:bookmarkEnd w:id="20"/>
    </w:p>
    <w:p>
      <w:pPr>
        <w:spacing w:after="280"/>
      </w:pPr>
      <w:hyperlink w:anchor="Indice" w:history="1">
        <w:r>
          <w:rPr>
            <w:color w:val="1F4E79"/>
            <w:u w:val="single"/>
            <w:sz w:val="24"/>
          </w:rPr>
          <w:t>Volver al índice</w:t>
        </w:r>
      </w:hyperlink>
    </w:p>
    <w:p>
      <w:pPr>
        <w:spacing w:after="400"/>
      </w:pPr>
      <w:r>
        <w:t>La reflexión parte de la espera de una explicación que quizá nunca llegue y del cansancio de cargar con el rencor. Esperar una explicación puede mantenernos detenidos ante una puerta que no se abre. La letra habla de recuperar el rumbo propio y dejar de preparar una pelea cada vez que vuelve el recuerdo. Esa paz puede construirse paso a paso, conservando los límites que hagan falta y respetando lo que sentimos. Quise expresar el deseo de recuperar la paz y continuar el propio camino. Perdonar puede permitirnos avanzar sin negar lo ocurrido. También podemos conservar la distancia que necesitamos para cuidarnos.</w:t>
      </w:r>
    </w:p>
    <w:p>
      <w:pPr>
        <w:keepLines/>
        <w:spacing w:line="420" w:lineRule="exact" w:after="160"/>
      </w:pPr>
      <w:r>
        <w:t>Llevé tu nombre en el desvelo,</w:t>
        <w:br/>
        <w:t>llevé tu ausencia a donde fui;</w:t>
        <w:br/>
        <w:t>por reclamarle tanto al tiempo,</w:t>
        <w:br/>
        <w:t>dejé de hacer cosas por mí.</w:t>
      </w:r>
    </w:p>
    <w:p>
      <w:pPr>
        <w:keepLines/>
        <w:spacing w:line="420" w:lineRule="exact" w:after="160"/>
      </w:pPr>
      <w:r>
        <w:t>Quise encontrar una respuesta,</w:t>
        <w:br/>
        <w:t>quise escuchar tu explicación;</w:t>
        <w:br/>
        <w:t>mientras miraba aquella puerta,</w:t>
        <w:br/>
        <w:t>se me escapaba otra estación.</w:t>
      </w:r>
    </w:p>
    <w:p>
      <w:pPr>
        <w:keepLines/>
        <w:spacing w:line="420" w:lineRule="exact" w:after="160"/>
      </w:pPr>
      <w:r>
        <w:t>Tal vez no llegue esa palabra,</w:t>
        <w:br/>
        <w:t>tal vez no exista explicación;</w:t>
        <w:br/>
        <w:t>pero mi vida necesita</w:t>
        <w:br/>
        <w:t>algo más grande que el rencor.</w:t>
      </w:r>
    </w:p>
    <w:p>
      <w:pPr>
        <w:keepLines/>
        <w:spacing w:line="420" w:lineRule="exact" w:after="160"/>
      </w:pPr>
      <w:r>
        <w:t>Te perdono y sigo andando,</w:t>
        <w:br/>
        <w:t>paso a paso, a mi compás;</w:t>
        <w:br/>
        <w:t>voy dejando aquella carga,</w:t>
        <w:br/>
        <w:t>voy buscando un poco de paz.</w:t>
      </w:r>
    </w:p>
    <w:p>
      <w:pPr>
        <w:keepLines/>
        <w:spacing w:line="420" w:lineRule="exact" w:after="160"/>
      </w:pPr>
      <w:r>
        <w:t>Te perdono y sigo andando,</w:t>
        <w:br/>
        <w:t>sin negar lo que pasó;</w:t>
        <w:br/>
        <w:t>puedo mantener distancia</w:t>
        <w:br/>
        <w:t>y vivir sin ese rencor.</w:t>
      </w:r>
    </w:p>
    <w:p>
      <w:pPr>
        <w:keepLines/>
        <w:spacing w:line="420" w:lineRule="exact" w:after="160"/>
      </w:pPr>
      <w:r>
        <w:t>No voy a abrir la misma puerta</w:t>
        <w:br/>
        <w:t>si vuelve el daño a visitarme;</w:t>
        <w:br/>
        <w:t>puedo dejar atrás la guerra</w:t>
        <w:br/>
        <w:t>sin renunciar a respetarme.</w:t>
      </w:r>
    </w:p>
    <w:p>
      <w:pPr>
        <w:keepLines/>
        <w:spacing w:line="420" w:lineRule="exact" w:after="160"/>
      </w:pPr>
      <w:r>
        <w:t>No cambiaré lo que ha pasado,</w:t>
        <w:br/>
        <w:t>ni llamaré al dolor amor;</w:t>
        <w:br/>
        <w:t>pero el futuro que me espera</w:t>
        <w:br/>
        <w:t>ya necesita otro color.</w:t>
      </w:r>
    </w:p>
    <w:p>
      <w:pPr>
        <w:keepLines/>
        <w:spacing w:line="420" w:lineRule="exact" w:after="160"/>
      </w:pPr>
      <w:r>
        <w:t>No sé si vuelva a verte un día,</w:t>
        <w:br/>
        <w:t>ni si podremos conversar;</w:t>
        <w:br/>
        <w:t>hoy quiero andar por esta vida</w:t>
        <w:br/>
        <w:t>sin prepararme a pelear.</w:t>
      </w:r>
    </w:p>
    <w:p>
      <w:pPr>
        <w:keepLines/>
        <w:spacing w:line="420" w:lineRule="exact" w:after="160"/>
      </w:pPr>
      <w:r>
        <w:t>Si algún recuerdo me lastima,</w:t>
        <w:br/>
        <w:t>me tomaré tiempo otra vez;</w:t>
        <w:br/>
        <w:t>este camino no es de prisa,</w:t>
        <w:br/>
        <w:t>se va aprendiendo con los pies.</w:t>
      </w:r>
    </w:p>
    <w:p>
      <w:pPr>
        <w:keepLines/>
        <w:spacing w:line="420" w:lineRule="exact" w:after="160"/>
      </w:pPr>
      <w:r>
        <w:t>Te perdono y sigo andando,</w:t>
        <w:br/>
        <w:t>paso a paso, a mi compás;</w:t>
        <w:br/>
        <w:t>voy dejando aquella carga,</w:t>
        <w:br/>
        <w:t>voy buscando un poco de paz.</w:t>
      </w:r>
    </w:p>
    <w:p>
      <w:pPr>
        <w:keepLines/>
        <w:spacing w:line="420" w:lineRule="exact" w:after="160"/>
      </w:pPr>
      <w:r>
        <w:t>Te perdono y sigo andando,</w:t>
        <w:br/>
        <w:t>sin negar lo que pasó;</w:t>
        <w:br/>
        <w:t>puedo mantener distancia</w:t>
        <w:br/>
        <w:t>y vivir sin ese rencor.</w:t>
      </w:r>
    </w:p>
    <w:p>
      <w:pPr>
        <w:keepNext/>
        <w:keepLines/>
        <w:spacing w:line="420" w:lineRule="exact" w:after="160"/>
      </w:pPr>
      <w:r>
        <w:t>Te perdono y sigo andando,</w:t>
        <w:br/>
        <w:t>ya comienza a amanecer;</w:t>
        <w:br/>
        <w:t>hay caminos esperando</w:t>
        <w:br/>
        <w:t>y los quiero recorrer.</w:t>
      </w:r>
    </w:p>
    <w:p>
      <w:hyperlink w:anchor="Indice" w:history="1">
        <w:r>
          <w:rPr>
            <w:color w:val="1F4E79"/>
            <w:u w:val="single"/>
            <w:sz w:val="24"/>
          </w:rPr>
          <w:t>Volver al índice</w:t>
        </w:r>
      </w:hyperlink>
    </w:p>
    <w:p>
      <w:bookmarkStart w:id="21" w:name="Cancion20"/>
      <w:pPr>
        <w:pStyle w:val="Heading1"/>
        <w:pageBreakBefore/>
      </w:pPr>
      <w:r>
        <w:rPr>
          <w:color w:val="000000"/>
        </w:rPr>
        <w:t>El respeto empieza conmigo</w:t>
      </w:r>
      <w:bookmarkEnd w:id="21"/>
    </w:p>
    <w:p>
      <w:pPr>
        <w:spacing w:after="280"/>
      </w:pPr>
      <w:hyperlink w:anchor="Indice" w:history="1">
        <w:r>
          <w:rPr>
            <w:color w:val="1F4E79"/>
            <w:u w:val="single"/>
            <w:sz w:val="24"/>
          </w:rPr>
          <w:t>Volver al índice</w:t>
        </w:r>
      </w:hyperlink>
    </w:p>
    <w:p>
      <w:pPr>
        <w:spacing w:after="400"/>
      </w:pPr>
      <w:r>
        <w:t>Esta canción mira las promesas que nos hacemos y que, entre tantos pendientes, volvemos a dejar para después. El cuidado personal también se expresa en cosas sencillas: un paseo, una lectura, un descanso o un momento para aprender. Cuando siempre lo dejamos para después, perdemos ese espacio que habíamos deseado. La canción propone comenzar por algo posible y volver a intentarlo cuando una jornada no salga como esperábamos. Quise llevar el respeto propio a cosas concretas: tiempo, descanso y decisiones cotidianas. Cuidarnos empieza por cumplir pequeños acuerdos con nosotros mismos. Cada paso cuenta.</w:t>
      </w:r>
    </w:p>
    <w:p>
      <w:pPr>
        <w:keepLines/>
        <w:spacing w:line="420" w:lineRule="exact" w:after="160"/>
      </w:pPr>
      <w:r>
        <w:t>Me prometí una mañana</w:t>
        <w:br/>
        <w:t>darme tiempo de pasear;</w:t>
        <w:br/>
        <w:t>pero entre tantos pendientes</w:t>
        <w:br/>
        <w:t>lo volví a dejar pasar.</w:t>
      </w:r>
    </w:p>
    <w:p>
      <w:pPr>
        <w:keepLines/>
        <w:spacing w:line="420" w:lineRule="exact" w:after="160"/>
      </w:pPr>
      <w:r>
        <w:t>Siempre hallaba unos minutos</w:t>
        <w:br/>
        <w:t>para quien buscaba hablar;</w:t>
        <w:br/>
        <w:t>hoy también quiero escucharme,</w:t>
        <w:br/>
        <w:t>darme tiempo y respirar.</w:t>
      </w:r>
    </w:p>
    <w:p>
      <w:pPr>
        <w:keepLines/>
        <w:spacing w:line="420" w:lineRule="exact" w:after="160"/>
      </w:pPr>
      <w:r>
        <w:t>Voy cumpliendo mis promesas,</w:t>
        <w:br/>
        <w:t>voy cuidando lo que soy;</w:t>
        <w:br/>
        <w:t>cada paso, por pequeño,</w:t>
        <w:br/>
        <w:t>cuenta desde el día de hoy.</w:t>
      </w:r>
    </w:p>
    <w:p>
      <w:pPr>
        <w:keepLines/>
        <w:spacing w:line="420" w:lineRule="exact" w:after="160"/>
      </w:pPr>
      <w:r>
        <w:t>El respeto empieza conmigo,</w:t>
        <w:br/>
        <w:t>con mi forma de vivir;</w:t>
        <w:br/>
        <w:t>con el tiempo que me brindo,</w:t>
        <w:br/>
        <w:t>con las ganas de elegir.</w:t>
      </w:r>
    </w:p>
    <w:p>
      <w:pPr>
        <w:keepLines/>
        <w:spacing w:line="420" w:lineRule="exact" w:after="160"/>
      </w:pPr>
      <w:r>
        <w:t>Tengo sueños y motivos,</w:t>
        <w:br/>
        <w:t>tengo mucho por hacer;</w:t>
        <w:br/>
        <w:t>quiero compartir contigo</w:t>
        <w:br/>
        <w:t>sin dejarme para después.</w:t>
      </w:r>
    </w:p>
    <w:p>
      <w:pPr>
        <w:keepLines/>
        <w:spacing w:line="420" w:lineRule="exact" w:after="160"/>
      </w:pPr>
      <w:r>
        <w:t>Si un intento sale mal,</w:t>
        <w:br/>
        <w:t>puedo volver a empezar;</w:t>
        <w:br/>
        <w:t>me hablaré con la paciencia</w:t>
        <w:br/>
        <w:t>que a un amigo suelo dar.</w:t>
      </w:r>
    </w:p>
    <w:p>
      <w:pPr>
        <w:keepLines/>
        <w:spacing w:line="420" w:lineRule="exact" w:after="160"/>
      </w:pPr>
      <w:r>
        <w:t>Voy buscando entre mis gustos</w:t>
        <w:br/>
        <w:t>lo que quiero descubrir;</w:t>
        <w:br/>
        <w:t>hay canciones y caminos</w:t>
        <w:br/>
        <w:t>que me esperan por vivir.</w:t>
      </w:r>
    </w:p>
    <w:p>
      <w:pPr>
        <w:keepLines/>
        <w:spacing w:line="420" w:lineRule="exact" w:after="160"/>
      </w:pPr>
      <w:r>
        <w:t>Voy cumpliendo mis promesas,</w:t>
        <w:br/>
        <w:t>voy cuidando lo que soy;</w:t>
        <w:br/>
        <w:t>cada paso, por pequeño,</w:t>
        <w:br/>
        <w:t>cuenta desde el día de hoy.</w:t>
      </w:r>
    </w:p>
    <w:p>
      <w:pPr>
        <w:keepLines/>
        <w:spacing w:line="420" w:lineRule="exact" w:after="160"/>
      </w:pPr>
      <w:r>
        <w:t>El respeto empieza conmigo,</w:t>
        <w:br/>
        <w:t>con mi forma de vivir;</w:t>
        <w:br/>
        <w:t>con el tiempo que me brindo,</w:t>
        <w:br/>
        <w:t>con las ganas de elegir.</w:t>
      </w:r>
    </w:p>
    <w:p>
      <w:pPr>
        <w:keepLines/>
        <w:spacing w:line="420" w:lineRule="exact" w:after="160"/>
      </w:pPr>
      <w:r>
        <w:t>Tengo sueños y motivos,</w:t>
        <w:br/>
        <w:t>tengo mucho por hacer;</w:t>
        <w:br/>
        <w:t>quiero compartir contigo</w:t>
        <w:br/>
        <w:t>sin dejarme para después.</w:t>
      </w:r>
    </w:p>
    <w:p>
      <w:pPr>
        <w:keepLines/>
        <w:spacing w:line="420" w:lineRule="exact" w:after="160"/>
      </w:pPr>
      <w:r>
        <w:t>Empiezo con algo sencillo:</w:t>
        <w:br/>
        <w:t>un paseo, una tarde, un café;</w:t>
        <w:br/>
        <w:t>una página, un viejo estribillo,</w:t>
        <w:br/>
        <w:t>una cita conmigo a las seis.</w:t>
      </w:r>
    </w:p>
    <w:p>
      <w:pPr>
        <w:keepLines/>
        <w:spacing w:line="420" w:lineRule="exact" w:after="160"/>
      </w:pPr>
      <w:r>
        <w:t>Y mañana daré otro paso</w:t>
        <w:br/>
        <w:t>sin tener que correr ni fingir;</w:t>
        <w:br/>
        <w:t>voy haciendo lugar en mis días</w:t>
        <w:br/>
        <w:t>para aquello que quiero vivir.</w:t>
      </w:r>
    </w:p>
    <w:p>
      <w:pPr>
        <w:keepLines/>
        <w:spacing w:line="420" w:lineRule="exact" w:after="160"/>
      </w:pPr>
      <w:r>
        <w:t>El respeto empieza conmigo,</w:t>
        <w:br/>
        <w:t>con mi forma de vivir;</w:t>
        <w:br/>
        <w:t>con el tiempo que me brindo,</w:t>
        <w:br/>
        <w:t>con las ganas de elegir.</w:t>
      </w:r>
    </w:p>
    <w:p>
      <w:pPr>
        <w:keepLines/>
        <w:spacing w:line="420" w:lineRule="exact" w:after="160"/>
      </w:pPr>
      <w:r>
        <w:t>Tengo sueños y motivos,</w:t>
        <w:br/>
        <w:t>tengo mucho por hacer;</w:t>
        <w:br/>
        <w:t>quiero compartir contigo</w:t>
        <w:br/>
        <w:t>sin dejarme para después.</w:t>
      </w:r>
    </w:p>
    <w:p>
      <w:pPr>
        <w:keepNext/>
        <w:keepLines/>
        <w:spacing w:line="420" w:lineRule="exact" w:after="160"/>
      </w:pPr>
      <w:r>
        <w:t>Voy cumpliendo mis promesas,</w:t>
        <w:br/>
        <w:t>paso a paso, desde hoy;</w:t>
        <w:br/>
        <w:t>también merezco el cariño</w:t>
        <w:br/>
        <w:t>que con tanto gusto doy.</w:t>
      </w:r>
    </w:p>
    <w:p>
      <w:hyperlink w:anchor="Indice" w:history="1">
        <w:r>
          <w:rPr>
            <w:color w:val="1F4E79"/>
            <w:u w:val="single"/>
            <w:sz w:val="24"/>
          </w:rPr>
          <w:t>Volver al índice</w:t>
        </w:r>
      </w:hyperlink>
    </w:p>
    <w:p>
      <w:bookmarkStart w:id="22" w:name="Cancion21"/>
      <w:pPr>
        <w:pStyle w:val="Heading1"/>
        <w:pageBreakBefore/>
      </w:pPr>
      <w:r>
        <w:rPr>
          <w:color w:val="000000"/>
        </w:rPr>
        <w:t>Qué relajo, Simón</w:t>
      </w:r>
      <w:bookmarkEnd w:id="22"/>
    </w:p>
    <w:p>
      <w:pPr>
        <w:spacing w:after="280"/>
      </w:pPr>
      <w:hyperlink w:anchor="Indice" w:history="1">
        <w:r>
          <w:rPr>
            <w:color w:val="1F4E79"/>
            <w:u w:val="single"/>
            <w:sz w:val="24"/>
          </w:rPr>
          <w:t>Volver al índice</w:t>
        </w:r>
      </w:hyperlink>
    </w:p>
    <w:p>
      <w:pPr>
        <w:spacing w:after="400"/>
      </w:pPr>
      <w:r>
        <w:t>La idea imagina un barrio que se prepara ante el anuncio de un temporal y convierte las prisas y los despistes en una historia cómica. Los vecinos guardan objetos, compran provisiones y se enredan con las prisas. En medio de esas escenas, el barrio se organiza y comparte lo que tiene. Los personajes forman parte del juego narrativo de la canción; sus ocurrencias permiten contar, con sabor de puerto, cómo una preocupación puede reunir a la gente. Quise dar un tono alegre a los enredos de vecinos que se organizan y se ayudan. El humor puede acompañar la cooperación. Cuando cada quien pone algo de su parte, hasta el relajo deja una historia para compartir.</w:t>
      </w:r>
    </w:p>
    <w:p>
      <w:pPr>
        <w:keepLines/>
        <w:spacing w:line="420" w:lineRule="exact" w:after="160"/>
      </w:pPr>
      <w:r>
        <w:t>Cacho: A ver, jefe Diego, ¿cómo está la ubicación del Simón?</w:t>
      </w:r>
    </w:p>
    <w:p>
      <w:pPr>
        <w:keepLines/>
        <w:spacing w:line="420" w:lineRule="exact" w:after="160"/>
      </w:pPr>
      <w:r>
        <w:t>Diego: Al suroeste de México, avanzando al oeste a once kilómetros por hora, con vientos de ochenta</w:t>
        <w:br/>
        <w:t>y cinco. El pronóstico indica que podría fortalecerse, girar al norte y acercarse a esa costa el sábado.</w:t>
        <w:br/>
        <w:t>Con el dato del pronóstico</w:t>
        <w:br/>
        <w:t>todo el barrio se movió;</w:t>
      </w:r>
    </w:p>
    <w:p>
      <w:pPr>
        <w:keepLines/>
        <w:spacing w:line="420" w:lineRule="exact" w:after="160"/>
      </w:pPr>
      <w:r>
        <w:t>entre sillas y macetas,</w:t>
        <w:br/>
        <w:t>hasta el gato se escondió.</w:t>
        <w:br/>
        <w:t>Don Ramón guardó la mesa,</w:t>
        <w:br/>
        <w:t>su mujer, la televisión;</w:t>
      </w:r>
    </w:p>
    <w:p>
      <w:pPr>
        <w:keepLines/>
        <w:spacing w:line="420" w:lineRule="exact" w:after="160"/>
      </w:pPr>
      <w:r>
        <w:t>él dejó afuera las chanclas,</w:t>
        <w:br/>
        <w:t>pero a salvo su sillón.</w:t>
        <w:br/>
        <w:t>La comadre fue por pilas,</w:t>
        <w:br/>
        <w:t>por linternas y por pan;</w:t>
      </w:r>
    </w:p>
    <w:p>
      <w:pPr>
        <w:keepLines/>
        <w:spacing w:line="420" w:lineRule="exact" w:after="160"/>
      </w:pPr>
      <w:r>
        <w:t>regresó con veinte velas</w:t>
        <w:br/>
        <w:t>y tres kilos de mazapán.</w:t>
        <w:br/>
        <w:t>Don Nacho sacó las botas,</w:t>
        <w:br/>
        <w:t>se vistió de capitán;</w:t>
      </w:r>
    </w:p>
    <w:p>
      <w:pPr>
        <w:keepLines/>
        <w:spacing w:line="420" w:lineRule="exact" w:after="160"/>
      </w:pPr>
      <w:r>
        <w:t>se quedó cuidando el patio</w:t>
        <w:br/>
        <w:t>sin salir de Mazatlán.</w:t>
        <w:br/>
        <w:t>Simón, Simón,</w:t>
        <w:br/>
        <w:t>qué relajo, Simón;</w:t>
      </w:r>
    </w:p>
    <w:p>
      <w:pPr>
        <w:keepLines/>
        <w:spacing w:line="420" w:lineRule="exact" w:after="160"/>
      </w:pPr>
      <w:r>
        <w:t>traes al barrio dando vueltas,</w:t>
        <w:br/>
        <w:t>de la sala hasta el portón.</w:t>
        <w:br/>
        <w:t>Simón, Simón,</w:t>
        <w:br/>
        <w:t>bájale al ventarrón;</w:t>
      </w:r>
    </w:p>
    <w:p>
      <w:pPr>
        <w:keepLines/>
        <w:spacing w:line="420" w:lineRule="exact" w:after="160"/>
      </w:pPr>
      <w:r>
        <w:t>deja quietas las palmeras,</w:t>
        <w:br/>
        <w:t>dale paz al malecón.</w:t>
        <w:br/>
        <w:t>Don Ramón buscó las pinzas</w:t>
        <w:br/>
        <w:t>por la sala y el balcón;</w:t>
      </w:r>
    </w:p>
    <w:p>
      <w:pPr>
        <w:keepLines/>
        <w:spacing w:line="420" w:lineRule="exact" w:after="160"/>
      </w:pPr>
      <w:r>
        <w:t>las traía en la cintura,</w:t>
        <w:br/>
        <w:t>bien pegadas al cinturón.</w:t>
        <w:br/>
        <w:t>Luego andaba por sus lentes,</w:t>
        <w:br/>
        <w:t>revisando hasta el cajón;</w:t>
      </w:r>
    </w:p>
    <w:p>
      <w:pPr>
        <w:keepLines/>
        <w:spacing w:line="420" w:lineRule="exact" w:after="160"/>
      </w:pPr>
      <w:r>
        <w:t>los traía sobre la frente,</w:t>
        <w:br/>
        <w:t>qué despiste, don Ramón.</w:t>
        <w:br/>
        <w:t>La comadre puso nombres</w:t>
        <w:br/>
        <w:t>a las bolsas con plumón;</w:t>
      </w:r>
    </w:p>
    <w:p>
      <w:pPr>
        <w:keepLines/>
        <w:spacing w:line="420" w:lineRule="exact" w:after="160"/>
      </w:pPr>
      <w:r>
        <w:t>con la prisa y tanto enredo,</w:t>
        <w:br/>
        <w:t>puso «pilas» al jamón.</w:t>
        <w:br/>
        <w:t>Don Nacho, con impermeable,</w:t>
        <w:br/>
        <w:t>se sentó junto al fogón;</w:t>
      </w:r>
    </w:p>
    <w:p>
      <w:pPr>
        <w:keepLines/>
        <w:spacing w:line="420" w:lineRule="exact" w:after="160"/>
      </w:pPr>
      <w:r>
        <w:t>sin que cayera una gota,</w:t>
        <w:br/>
        <w:t>ya sudaba a chorretón.</w:t>
      </w:r>
    </w:p>
    <w:p>
      <w:pPr>
        <w:keepLines/>
        <w:spacing w:line="420" w:lineRule="exact" w:after="160"/>
      </w:pPr>
      <w:r>
        <w:t>Simón, Simón,</w:t>
        <w:br/>
        <w:t>qué relajo, Simón;</w:t>
        <w:br/>
        <w:t>traes al barrio dando vueltas,</w:t>
        <w:br/>
        <w:t>de la sala hasta el portón.</w:t>
      </w:r>
    </w:p>
    <w:p>
      <w:pPr>
        <w:keepLines/>
        <w:spacing w:line="420" w:lineRule="exact" w:after="160"/>
      </w:pPr>
      <w:r>
        <w:t>Simón, Simón,</w:t>
        <w:br/>
        <w:t>bájale al ventarrón;</w:t>
        <w:br/>
        <w:t>deja quietas las palmeras,</w:t>
        <w:br/>
        <w:t>dale paz al malecón.</w:t>
      </w:r>
    </w:p>
    <w:p>
      <w:pPr>
        <w:keepLines/>
        <w:spacing w:line="420" w:lineRule="exact" w:after="160"/>
      </w:pPr>
      <w:r>
        <w:t>Recogieron lo que había</w:t>
        <w:br/>
        <w:t>en el callejón;</w:t>
        <w:br/>
        <w:t>acomodaron las macetas</w:t>
        <w:br/>
        <w:t>y aseguraron el portón.</w:t>
      </w:r>
    </w:p>
    <w:p>
      <w:pPr>
        <w:keepLines/>
        <w:spacing w:line="420" w:lineRule="exact" w:after="160"/>
      </w:pPr>
      <w:r>
        <w:t>Uno revisó ventanas,</w:t>
        <w:br/>
        <w:t>otro el radio preparó;</w:t>
        <w:br/>
        <w:t>la comadre puso el agua</w:t>
        <w:br/>
        <w:t>y el café les convidó.</w:t>
      </w:r>
    </w:p>
    <w:p>
      <w:pPr>
        <w:keepLines/>
        <w:spacing w:line="420" w:lineRule="exact" w:after="160"/>
      </w:pPr>
      <w:r>
        <w:t>Con taquitos de pescado</w:t>
        <w:br/>
        <w:t>se repuso don Ramón;</w:t>
        <w:br/>
        <w:t>se comió los de su plato</w:t>
        <w:br/>
        <w:t>y le echó el ojo al platón.</w:t>
      </w:r>
    </w:p>
    <w:p>
      <w:pPr>
        <w:keepLines/>
        <w:spacing w:line="420" w:lineRule="exact" w:after="160"/>
      </w:pPr>
      <w:r>
        <w:t>Don Nacho soltó las botas,</w:t>
        <w:br/>
        <w:t>se aflojó su cinturón;</w:t>
        <w:br/>
        <w:t>tras cargar tantas macetas,</w:t>
        <w:br/>
        <w:t>se ganó doble ración.</w:t>
      </w:r>
    </w:p>
    <w:p>
      <w:pPr>
        <w:keepLines/>
        <w:spacing w:line="420" w:lineRule="exact" w:after="160"/>
      </w:pPr>
      <w:r>
        <w:t>Simón, Simón,</w:t>
        <w:br/>
        <w:t>dale paz al malecón;</w:t>
        <w:br/>
        <w:t>que las vueltas sean de baile</w:t>
        <w:br/>
        <w:t>y las risas, de corazón.</w:t>
      </w:r>
    </w:p>
    <w:p>
      <w:pPr>
        <w:keepNext/>
        <w:keepLines/>
        <w:spacing w:line="420" w:lineRule="exact" w:after="160"/>
      </w:pPr>
      <w:r>
        <w:t>Simón, Simón,</w:t>
        <w:br/>
        <w:t>qué relajo, Simón;</w:t>
        <w:br/>
        <w:t>ya guardamos hasta las chanclas</w:t>
        <w:br/>
        <w:t>y encontramos el control.</w:t>
      </w:r>
    </w:p>
    <w:p>
      <w:hyperlink w:anchor="Indice" w:history="1">
        <w:r>
          <w:rPr>
            <w:color w:val="1F4E79"/>
            <w:u w:val="single"/>
            <w:sz w:val="24"/>
          </w:rPr>
          <w:t>Volver al índice</w:t>
        </w:r>
      </w:hyperlink>
    </w:p>
    <w:p>
      <w:bookmarkStart w:id="23" w:name="Cancion22"/>
      <w:pPr>
        <w:pStyle w:val="Heading1"/>
        <w:pageBreakBefore/>
      </w:pPr>
      <w:r>
        <w:rPr>
          <w:color w:val="000000"/>
        </w:rPr>
        <w:t>Volver a Intentarlo</w:t>
      </w:r>
      <w:bookmarkEnd w:id="23"/>
    </w:p>
    <w:p>
      <w:pPr>
        <w:spacing w:after="280"/>
      </w:pPr>
      <w:hyperlink w:anchor="Indice" w:history="1">
        <w:r>
          <w:rPr>
            <w:color w:val="1F4E79"/>
            <w:u w:val="single"/>
            <w:sz w:val="24"/>
          </w:rPr>
          <w:t>Volver al índice</w:t>
        </w:r>
      </w:hyperlink>
    </w:p>
    <w:p>
      <w:pPr>
        <w:spacing w:after="400"/>
      </w:pPr>
      <w:r>
        <w:t>Nació después de una reunión que me dejó tristeza al intentar explicar una propuesta. Al volver a escribir, quise ordenar lo que sentía. Me importaba compartir una idea y sentí que no encontraba la manera de explicarla. Después, al poner esa incomodidad en palabras, pude reconocer tanto mi entusiasmo como lo que necesitaba preparar mejor. La canción conserva el afecto por los amigos y expresa el deseo de ser escuchado, sin pedir que todos piensen igual. Quise hablar de esa incomodidad sin señalar personas ni perder el cariño por mis amigos. Podemos mejorar nuestras razones y aprender a escuchar. Una experiencia dolorosa no tiene por qué acabar con las ganas de servir y volver a intentarlo.</w:t>
      </w:r>
    </w:p>
    <w:p>
      <w:pPr>
        <w:keepLines/>
        <w:spacing w:line="420" w:lineRule="exact" w:after="160"/>
      </w:pPr>
      <w:r>
        <w:t>Volví de aquella reunión,</w:t>
        <w:br/>
        <w:t>dejé el saco en una silla;</w:t>
        <w:br/>
        <w:t>me pesaba una pregunta</w:t>
        <w:br/>
        <w:t>que parecía sencilla.</w:t>
      </w:r>
    </w:p>
    <w:p>
      <w:pPr>
        <w:keepLines/>
        <w:spacing w:line="420" w:lineRule="exact" w:after="160"/>
      </w:pPr>
      <w:r>
        <w:t>Abrí después mi libreta,</w:t>
        <w:br/>
        <w:t>quise ponerme a escribir;</w:t>
        <w:br/>
        <w:t>entre pendientes y fechas</w:t>
        <w:br/>
        <w:t>no supe cómo seguir.</w:t>
      </w:r>
    </w:p>
    <w:p>
      <w:pPr>
        <w:keepLines/>
        <w:spacing w:line="420" w:lineRule="exact" w:after="160"/>
      </w:pPr>
      <w:r>
        <w:t>Detrás de aquel escritorio</w:t>
        <w:br/>
        <w:t>me atendieron con bondad;</w:t>
        <w:br/>
        <w:t>entre sellos y papeles</w:t>
        <w:br/>
        <w:t>hubo tiempo y claridad.</w:t>
      </w:r>
    </w:p>
    <w:p>
      <w:pPr>
        <w:keepLines/>
        <w:spacing w:line="420" w:lineRule="exact" w:after="160"/>
      </w:pPr>
      <w:r>
        <w:t>Me explicaron lo que faltaba,</w:t>
        <w:br/>
        <w:t>sin apuro, sin presión;</w:t>
        <w:br/>
        <w:t>aquel gesto tan sencillo</w:t>
        <w:br/>
        <w:t>me alegró el corazón.</w:t>
      </w:r>
    </w:p>
    <w:p>
      <w:pPr>
        <w:keepLines/>
        <w:spacing w:line="420" w:lineRule="exact" w:after="160"/>
      </w:pPr>
      <w:r>
        <w:t>Quise llevar esa historia</w:t>
        <w:br/>
        <w:t>a la mesa de amistad;</w:t>
        <w:br/>
        <w:t>me ganó tanto entusiasmo,</w:t>
        <w:br/>
        <w:t>faltó tiempo y claridad.</w:t>
      </w:r>
    </w:p>
    <w:p>
      <w:pPr>
        <w:keepLines/>
        <w:spacing w:line="420" w:lineRule="exact" w:after="160"/>
      </w:pPr>
      <w:r>
        <w:t>Me pidieron antecedentes,</w:t>
        <w:br/>
        <w:t>había mucho que explicar;</w:t>
        <w:br/>
        <w:t>yo contaba aquel encuentro,</w:t>
        <w:br/>
        <w:t>ellos querían valorar.</w:t>
      </w:r>
    </w:p>
    <w:p>
      <w:pPr>
        <w:keepLines/>
        <w:spacing w:line="420" w:lineRule="exact" w:after="160"/>
      </w:pPr>
      <w:r>
        <w:t>Comprendí algunas preguntas,</w:t>
        <w:br/>
        <w:t>me costaron las demás;</w:t>
        <w:br/>
        <w:t>se me fueron las palabras,</w:t>
        <w:br/>
        <w:t>me eché un poco hacia atrás.</w:t>
      </w:r>
    </w:p>
    <w:p>
      <w:pPr>
        <w:keepLines/>
        <w:spacing w:line="420" w:lineRule="exact" w:after="160"/>
      </w:pPr>
      <w:r>
        <w:t>No esperaba un sí inmediato</w:t>
        <w:br/>
        <w:t>ni tener siempre razón;</w:t>
        <w:br/>
        <w:t>pero me dolió sentirme</w:t>
        <w:br/>
        <w:t>tan pequeño en el salón.</w:t>
      </w:r>
    </w:p>
    <w:p>
      <w:pPr>
        <w:keepLines/>
        <w:spacing w:line="420" w:lineRule="exact" w:after="160"/>
      </w:pPr>
      <w:r>
        <w:t>Cuando propongo otro rumbo,</w:t>
        <w:br/>
        <w:t>otra forma de reunir,</w:t>
        <w:br/>
        <w:t>llevo ganas de intentarlo,</w:t>
        <w:br/>
        <w:t>llevo ganas de servir.</w:t>
      </w:r>
    </w:p>
    <w:p>
      <w:pPr>
        <w:keepLines/>
        <w:spacing w:line="420" w:lineRule="exact" w:after="160"/>
      </w:pPr>
      <w:r>
        <w:t>Y si encuentro resistencia,</w:t>
        <w:br/>
        <w:t>me comienza a lastimar;</w:t>
        <w:br/>
        <w:t>ya no sé si ven la idea</w:t>
        <w:br/>
        <w:t>o mi forma de actuar.</w:t>
      </w:r>
    </w:p>
    <w:p>
      <w:pPr>
        <w:keepLines/>
        <w:spacing w:line="420" w:lineRule="exact" w:after="160"/>
      </w:pPr>
      <w:r>
        <w:t>Me gana el impulso,</w:t>
        <w:br/>
        <w:t>tal vez tuve que esperar;</w:t>
        <w:br/>
        <w:t>una buena intención sola</w:t>
        <w:br/>
        <w:t>no lo puede sustentar.</w:t>
      </w:r>
    </w:p>
    <w:p>
      <w:pPr>
        <w:keepLines/>
        <w:spacing w:line="420" w:lineRule="exact" w:after="160"/>
      </w:pPr>
      <w:r>
        <w:t>Puedo corregir mis pasos,</w:t>
        <w:br/>
        <w:t>puedo aprender a escuchar;</w:t>
        <w:br/>
        <w:t>pero también necesito</w:t>
        <w:br/>
        <w:t>que me dejen explicar.</w:t>
      </w:r>
    </w:p>
    <w:p>
      <w:pPr>
        <w:keepLines/>
        <w:spacing w:line="420" w:lineRule="exact" w:after="160"/>
      </w:pPr>
      <w:r>
        <w:t>¿Cómo digo que me duele</w:t>
        <w:br/>
        <w:t>sin herir nuestra amistad?</w:t>
        <w:br/>
        <w:t>¿Cómo pido que me escuchen</w:t>
        <w:br/>
        <w:t>sin exigir conformidad?</w:t>
      </w:r>
    </w:p>
    <w:p>
      <w:pPr>
        <w:keepLines/>
        <w:spacing w:line="420" w:lineRule="exact" w:after="160"/>
      </w:pPr>
      <w:r>
        <w:t>Son amigos de hace tiempo,</w:t>
        <w:br/>
        <w:t>hay cariño en el salón;</w:t>
        <w:br/>
        <w:t>por eso pesa más</w:t>
        <w:br/>
        <w:t>la reunión que me dolió.</w:t>
      </w:r>
    </w:p>
    <w:p>
      <w:pPr>
        <w:keepLines/>
        <w:spacing w:line="420" w:lineRule="exact" w:after="160"/>
      </w:pPr>
      <w:r>
        <w:t>Hoy regresé a mi libreta</w:t>
        <w:br/>
        <w:t>con la luz de la mañana;</w:t>
        <w:br/>
        <w:t>aún quedaba aquella pena</w:t>
        <w:br/>
        <w:t>mientras abría la ventana.</w:t>
      </w:r>
    </w:p>
    <w:p>
      <w:pPr>
        <w:keepLines/>
        <w:spacing w:line="420" w:lineRule="exact" w:after="160"/>
      </w:pPr>
      <w:r>
        <w:t>Escribí lo que sentía</w:t>
        <w:br/>
        <w:t>sin buscar a quién culpar;</w:t>
        <w:br/>
        <w:t>quiero hablar con mis amigos,</w:t>
        <w:br/>
        <w:t>quiero volver a intentar.</w:t>
      </w:r>
    </w:p>
    <w:p>
      <w:pPr>
        <w:keepNext/>
        <w:keepLines/>
        <w:spacing w:line="420" w:lineRule="exact" w:after="160"/>
      </w:pPr>
      <w:r>
        <w:t>Llevaré mejor mis razones,</w:t>
        <w:br/>
        <w:t>les daré tiempo también;</w:t>
        <w:br/>
        <w:t>y aunque hoy me cueste hacerlo,</w:t>
        <w:br/>
        <w:t>quiero escucharles con fe.</w:t>
      </w:r>
    </w:p>
    <w:p>
      <w:hyperlink w:anchor="Indice" w:history="1">
        <w:r>
          <w:rPr>
            <w:color w:val="1F4E79"/>
            <w:u w:val="single"/>
            <w:sz w:val="24"/>
          </w:rPr>
          <w:t>Volver al índice</w:t>
        </w:r>
      </w:hyperlink>
    </w:p>
    <w:p>
      <w:bookmarkStart w:id="24" w:name="Cancion23"/>
      <w:pPr>
        <w:pStyle w:val="Heading1"/>
        <w:pageBreakBefore/>
      </w:pPr>
      <w:r>
        <w:rPr>
          <w:color w:val="000000"/>
        </w:rPr>
        <w:t>Mazatlán, me duele verte</w:t>
      </w:r>
      <w:bookmarkEnd w:id="24"/>
    </w:p>
    <w:p>
      <w:pPr>
        <w:spacing w:after="280"/>
      </w:pPr>
      <w:hyperlink w:anchor="Indice" w:history="1">
        <w:r>
          <w:rPr>
            <w:color w:val="1F4E79"/>
            <w:u w:val="single"/>
            <w:sz w:val="24"/>
          </w:rPr>
          <w:t>Volver al índice</w:t>
        </w:r>
      </w:hyperlink>
    </w:p>
    <w:p>
      <w:pPr>
        <w:spacing w:after="400"/>
      </w:pPr>
      <w:r>
        <w:t>Nació al conocer los daños en un tramo del malecón de Mazatlán. Un lugar de paseo y recuerdos apareció herido frente al mar. Ese camino no es solamente una calle: guarda paseos, conversaciones y momentos de muchas familias. Por eso sus daños despiertan una tristeza que va más allá de las piedras. La canción retoma mi cariño por el mar, que nos da tanto y también nos recuerda su fuerza, para pedir cuidado y mirar hacia la recuperación. Quise expresar cuánto me duele ver así a mi puerto y unir ese sentimiento al respeto por la fuerza de las olas. Amar un lugar también es querer que se cuide. La esperanza está en poder volver a caminarlo con nuestras familias.</w:t>
      </w:r>
    </w:p>
    <w:p>
      <w:pPr>
        <w:keepLines/>
        <w:spacing w:line="420" w:lineRule="exact" w:after="160"/>
      </w:pPr>
      <w:r>
        <w:t>Esta mañana mi puerto</w:t>
        <w:br/>
        <w:t>me hizo detener el paso;</w:t>
        <w:br/>
        <w:t>donde paseaban los niños,</w:t>
        <w:br/>
        <w:t>hoy el suelo está quebrado.</w:t>
      </w:r>
    </w:p>
    <w:p>
      <w:pPr>
        <w:keepLines/>
        <w:spacing w:line="420" w:lineRule="exact" w:after="160"/>
      </w:pPr>
      <w:r>
        <w:t>Miré la espuma en las piedras,</w:t>
        <w:br/>
        <w:t>miré la calle vacía;</w:t>
        <w:br/>
        <w:t>y en ese tramo cerrado</w:t>
        <w:br/>
        <w:t>me dolió la tierra mía.</w:t>
      </w:r>
    </w:p>
    <w:p>
      <w:pPr>
        <w:keepLines/>
        <w:spacing w:line="420" w:lineRule="exact" w:after="160"/>
      </w:pPr>
      <w:r>
        <w:t>Por ahí llevé mis sueños,</w:t>
        <w:br/>
        <w:t>por ahí llevé mi amor;</w:t>
        <w:br/>
        <w:t>cuántas tardes de mi vida</w:t>
        <w:br/>
        <w:t>se quedaron frente al sol.</w:t>
      </w:r>
    </w:p>
    <w:p>
      <w:pPr>
        <w:keepLines/>
        <w:spacing w:line="420" w:lineRule="exact" w:after="160"/>
      </w:pPr>
      <w:r>
        <w:t>Hoy me duele tu banqueta,</w:t>
        <w:br/>
        <w:t>hoy me duele el malecón;</w:t>
        <w:br/>
        <w:t>no son solamente piedras:</w:t>
        <w:br/>
        <w:t>son pedazos de mi voz.</w:t>
      </w:r>
    </w:p>
    <w:p>
      <w:pPr>
        <w:keepLines/>
        <w:spacing w:line="420" w:lineRule="exact" w:after="160"/>
      </w:pPr>
      <w:r>
        <w:t>¡Mazatlán, Mazatlán!</w:t>
        <w:br/>
        <w:t>¡Cómo me duele el despertar!</w:t>
        <w:br/>
        <w:t>Ver herido ese camino</w:t>
        <w:br/>
        <w:t>donde aprendí lo que es amar.</w:t>
      </w:r>
    </w:p>
    <w:p>
      <w:pPr>
        <w:keepLines/>
        <w:spacing w:line="420" w:lineRule="exact" w:after="160"/>
      </w:pPr>
      <w:r>
        <w:t>¡Mazatlán, Mazatlán!</w:t>
        <w:br/>
        <w:t>¡Que la tambora hable por mí!</w:t>
        <w:br/>
        <w:t>Mientras vuelves a estar firme,</w:t>
        <w:br/>
        <w:t>yo me quedo junto a ti.</w:t>
      </w:r>
    </w:p>
    <w:p>
      <w:pPr>
        <w:keepLines/>
        <w:spacing w:line="420" w:lineRule="exact" w:after="160"/>
      </w:pPr>
      <w:r>
        <w:t>Mar querido de mi vida,</w:t>
        <w:br/>
        <w:t>cuánto tengo que agradecer:</w:t>
        <w:br/>
        <w:t>das trabajo, das alimento,</w:t>
        <w:br/>
        <w:t>das las ganas de volver.</w:t>
      </w:r>
    </w:p>
    <w:p>
      <w:pPr>
        <w:keepLines/>
        <w:spacing w:line="420" w:lineRule="exact" w:after="160"/>
      </w:pPr>
      <w:r>
        <w:t>Pero cuando alzas las olas</w:t>
        <w:br/>
        <w:t>y sacudes el lugar,</w:t>
        <w:br/>
        <w:t>nos recuerdas que tu fuerza</w:t>
        <w:br/>
        <w:t>no se puede desafiar.</w:t>
      </w:r>
    </w:p>
    <w:p>
      <w:pPr>
        <w:keepLines/>
        <w:spacing w:line="420" w:lineRule="exact" w:after="160"/>
      </w:pPr>
      <w:r>
        <w:t>Hoy no cruzan bicicletas,</w:t>
        <w:br/>
        <w:t>hoy no hay pasos junto al mar;</w:t>
        <w:br/>
        <w:t>hay familias que preguntan</w:t>
        <w:br/>
        <w:t>cuándo van a regresar.</w:t>
      </w:r>
    </w:p>
    <w:p>
      <w:pPr>
        <w:keepLines/>
        <w:spacing w:line="420" w:lineRule="exact" w:after="160"/>
      </w:pPr>
      <w:r>
        <w:t>Que se estudie bien la herida,</w:t>
        <w:br/>
        <w:t>que se encuentre la razón;</w:t>
        <w:br/>
        <w:t>quiero volver con mis nietos</w:t>
        <w:br/>
        <w:t>a pasear por el malecón.</w:t>
      </w:r>
    </w:p>
    <w:p>
      <w:pPr>
        <w:keepLines/>
        <w:spacing w:line="420" w:lineRule="exact" w:after="160"/>
      </w:pPr>
      <w:r>
        <w:t>¡Mazatlán, Mazatlán!</w:t>
        <w:br/>
        <w:t>¡Cómo me duele el despertar!</w:t>
        <w:br/>
        <w:t>Ver herido ese camino</w:t>
        <w:br/>
        <w:t>donde aprendí lo que es amar.</w:t>
      </w:r>
    </w:p>
    <w:p>
      <w:pPr>
        <w:keepLines/>
        <w:spacing w:line="420" w:lineRule="exact" w:after="160"/>
      </w:pPr>
      <w:r>
        <w:t>¡Mazatlán, Mazatlán!</w:t>
        <w:br/>
        <w:t>¡Que la tambora hable por mí!</w:t>
        <w:br/>
        <w:t>Mientras vuelves a estar firme,</w:t>
        <w:br/>
        <w:t>yo me quedo junto a ti.</w:t>
      </w:r>
    </w:p>
    <w:p>
      <w:pPr>
        <w:keepLines/>
        <w:spacing w:line="420" w:lineRule="exact" w:after="160"/>
      </w:pPr>
      <w:r>
        <w:t>No te canto desde lejos,</w:t>
        <w:br/>
        <w:t>soy de aquí, de tu calor;</w:t>
        <w:br/>
        <w:t>traigo sal entre los sueños</w:t>
        <w:br/>
        <w:t>y tu nombre en mi canción.</w:t>
      </w:r>
    </w:p>
    <w:p>
      <w:pPr>
        <w:keepLines/>
        <w:spacing w:line="420" w:lineRule="exact" w:after="160"/>
      </w:pPr>
      <w:r>
        <w:t>Que te cuiden muchas manos,</w:t>
        <w:br/>
        <w:t>que te cuiden de verdad;</w:t>
        <w:br/>
        <w:t>que los hijos de tus hijos</w:t>
        <w:br/>
        <w:t>tengan dónde caminar.</w:t>
      </w:r>
    </w:p>
    <w:p>
      <w:pPr>
        <w:keepLines/>
        <w:spacing w:line="420" w:lineRule="exact" w:after="160"/>
      </w:pPr>
      <w:r>
        <w:t>¡Mazatlán, Mazatlán!</w:t>
        <w:br/>
        <w:t>¡Cómo me duele verte así!</w:t>
        <w:br/>
        <w:t>Pero tengo la esperanza</w:t>
        <w:br/>
        <w:t>de volver a andar por ti.</w:t>
      </w:r>
    </w:p>
    <w:p>
      <w:pPr>
        <w:keepLines/>
        <w:spacing w:line="420" w:lineRule="exact" w:after="160"/>
      </w:pPr>
      <w:r>
        <w:t>¡Mazatlán, Mazatlán!</w:t>
        <w:br/>
        <w:t>¡Que se oiga fuerte mi cantar!</w:t>
        <w:br/>
        <w:t>Que retumbe la tambora:</w:t>
        <w:br/>
        <w:t>¡cuánto te quiero, Mazatlán!</w:t>
      </w:r>
    </w:p>
    <w:p>
      <w:pPr>
        <w:keepLines/>
        <w:spacing w:line="420" w:lineRule="exact" w:after="160"/>
      </w:pPr>
      <w:r>
        <w:t>Mar querido de mi vida,</w:t>
        <w:br/>
        <w:t>hoy te vuelvo a contemplar;</w:t>
        <w:br/>
        <w:t>con cariño y con respeto,</w:t>
        <w:br/>
        <w:t>junto a ti quiero envejecer.</w:t>
      </w:r>
    </w:p>
    <w:p>
      <w:pPr>
        <w:keepNext/>
        <w:keepLines/>
        <w:spacing w:line="420" w:lineRule="exact" w:after="160"/>
      </w:pPr>
      <w:r>
        <w:t>¡Mazatlán…!</w:t>
        <w:br/>
        <w:t>¡Mi querido Mazatlán!</w:t>
      </w:r>
    </w:p>
    <w:p>
      <w:hyperlink w:anchor="Indice" w:history="1">
        <w:r>
          <w:rPr>
            <w:color w:val="1F4E79"/>
            <w:u w:val="single"/>
            <w:sz w:val="24"/>
          </w:rPr>
          <w:t>Volver al índice</w:t>
        </w:r>
      </w:hyperlink>
    </w:p>
    <w:p>
      <w:bookmarkStart w:id="25" w:name="Cancion24"/>
      <w:pPr>
        <w:pStyle w:val="Heading1"/>
        <w:pageBreakBefore/>
      </w:pPr>
      <w:r>
        <w:rPr>
          <w:color w:val="000000"/>
        </w:rPr>
        <w:t>El Aventón</w:t>
      </w:r>
      <w:bookmarkEnd w:id="25"/>
    </w:p>
    <w:p>
      <w:pPr>
        <w:spacing w:after="280"/>
      </w:pPr>
      <w:hyperlink w:anchor="Indice" w:history="1">
        <w:r>
          <w:rPr>
            <w:color w:val="1F4E79"/>
            <w:u w:val="single"/>
            <w:sz w:val="24"/>
          </w:rPr>
          <w:t>Volver al índice</w:t>
        </w:r>
      </w:hyperlink>
    </w:p>
    <w:p>
      <w:pPr>
        <w:spacing w:after="400"/>
      </w:pPr>
      <w:r>
        <w:t>Nació de una anécdota que contaba mi padre, don Luis, sobre los aventones en moto que daba a su compañero Ramón después del trabajo. Don Luis y Ramón compartían la jornada ferroviaria, y el recorrido en moto se volvió motivo de bromas. En la letra, las ocurrencias y el frenón dan forma a ese relato que mi padre contaba con gracia. Al cantarlo, quise recuperar algo de su voz y del ambiente de aquellos recuerdos familiares. Quise conservar su manera de contar y el humor de aquellos recuerdos ferroviarios. Las ocurrencias de nuestros mayores también forman parte de la memoria familiar. Volver a contarlas nos acerca a ellos con cariño.</w:t>
      </w:r>
    </w:p>
    <w:p>
      <w:pPr>
        <w:keepLines/>
        <w:spacing w:line="420" w:lineRule="exact" w:after="160"/>
      </w:pPr>
      <w:r>
        <w:t>Voy a contarles la historia</w:t>
        <w:br/>
        <w:t>de mi padre y de Ramón;</w:t>
        <w:br/>
        <w:t>Don Luis era ferroviario,</w:t>
        <w:br/>
        <w:t>trabajaba en la estación.</w:t>
      </w:r>
    </w:p>
    <w:p>
      <w:pPr>
        <w:keepLines/>
        <w:spacing w:line="420" w:lineRule="exact" w:after="160"/>
      </w:pPr>
      <w:r>
        <w:t>En su moto lo llevaba</w:t>
        <w:br/>
        <w:t>si pedía un aventón.</w:t>
        <w:br/>
        <w:t>Ramón vivía en la Juárez,</w:t>
        <w:br/>
        <w:t>en mi tierra, Mazatlán;</w:t>
      </w:r>
    </w:p>
    <w:p>
      <w:pPr>
        <w:keepLines/>
        <w:spacing w:line="420" w:lineRule="exact" w:after="160"/>
      </w:pPr>
      <w:r>
        <w:t>le decían «El Mazorcas»,</w:t>
        <w:br/>
        <w:t>siempre listo pa’ bromear.</w:t>
        <w:br/>
        <w:t>Al salir de la jornada</w:t>
        <w:br/>
        <w:t>se juntaban al portón.</w:t>
      </w:r>
    </w:p>
    <w:p>
      <w:pPr>
        <w:keepLines/>
        <w:spacing w:line="420" w:lineRule="exact" w:after="160"/>
      </w:pPr>
      <w:r>
        <w:t>Luis echaba a andar la moto</w:t>
        <w:br/>
        <w:t>y opinaba don Ramón;</w:t>
        <w:br/>
        <w:t>pero arriba del asiento</w:t>
        <w:br/>
        <w:t>¡se arrimaba de pilón!</w:t>
      </w:r>
    </w:p>
    <w:p>
      <w:pPr>
        <w:keepLines/>
        <w:spacing w:line="420" w:lineRule="exact" w:after="160"/>
      </w:pPr>
      <w:r>
        <w:t>«Una lámina pondré</w:t>
        <w:br/>
        <w:t>para hacer la división».</w:t>
        <w:br/>
        <w:t>«¡Y yo la atravesaré!»,</w:t>
        <w:br/>
        <w:t>respondió sin discreción.</w:t>
      </w:r>
    </w:p>
    <w:p>
      <w:pPr>
        <w:keepLines/>
        <w:spacing w:line="420" w:lineRule="exact" w:after="160"/>
      </w:pPr>
      <w:r>
        <w:t>«¡La convierto en un embudo,</w:t>
        <w:br/>
        <w:t>porque soy un garañón!»</w:t>
        <w:br/>
        <w:t>¡Ay, Mazorcas, qué confianza,</w:t>
        <w:br/>
        <w:t>no me abraces sin razón!</w:t>
      </w:r>
    </w:p>
    <w:p>
      <w:pPr>
        <w:keepLines/>
        <w:spacing w:line="420" w:lineRule="exact" w:after="160"/>
      </w:pPr>
      <w:r>
        <w:t>Tú pediste que te lleve,</w:t>
        <w:br/>
        <w:t>no que cambie de intención.</w:t>
        <w:br/>
        <w:t>Yo te llevo hasta tu casa,</w:t>
        <w:br/>
        <w:t>¡no te doy mi corazón!</w:t>
      </w:r>
    </w:p>
    <w:p>
      <w:pPr>
        <w:keepLines/>
        <w:spacing w:line="420" w:lineRule="exact" w:after="160"/>
      </w:pPr>
      <w:r>
        <w:t>Luis llevaba mucha prisa</w:t>
        <w:br/>
        <w:t>y le quiso acelerar;</w:t>
        <w:br/>
        <w:t>pero al encontrarse un alto</w:t>
        <w:br/>
        <w:t>se vio obligado a parar.</w:t>
      </w:r>
    </w:p>
    <w:p>
      <w:pPr>
        <w:keepLines/>
        <w:spacing w:line="420" w:lineRule="exact" w:after="160"/>
      </w:pPr>
      <w:r>
        <w:t>Y Ramón dio un buen brinco,</w:t>
        <w:br/>
        <w:t>¡hasta adelante fue a dar!</w:t>
      </w:r>
    </w:p>
    <w:p>
      <w:pPr>
        <w:keepLines/>
        <w:spacing w:line="420" w:lineRule="exact" w:after="160"/>
      </w:pPr>
      <w:r>
        <w:t>Se abrazó fuerte a mi padre</w:t>
        <w:br/>
        <w:t>con el susto del frenón.</w:t>
        <w:br/>
        <w:t>«¡No te arrimes, que me aplastas!»,</w:t>
        <w:br/>
        <w:t>le gritó por el jalón.</w:t>
      </w:r>
    </w:p>
    <w:p>
      <w:pPr>
        <w:keepLines/>
        <w:spacing w:line="420" w:lineRule="exact" w:after="160"/>
      </w:pPr>
      <w:r>
        <w:t>«¡Yo venía bien sentado;</w:t>
        <w:br/>
        <w:t>usted dio el apretujón!»</w:t>
        <w:br/>
        <w:t>Al llegar a la estación,</w:t>
        <w:br/>
        <w:t>le preguntan a Ramón:</w:t>
      </w:r>
    </w:p>
    <w:p>
      <w:pPr>
        <w:keepLines/>
        <w:spacing w:line="420" w:lineRule="exact" w:after="160"/>
      </w:pPr>
      <w:r>
        <w:t>«¿Por qué vienes tan pegado?».</w:t>
        <w:br/>
        <w:t>«¡Fue por culpa del frenón!»</w:t>
        <w:br/>
        <w:t>¡Ay, Mazorcas, qué confianza,</w:t>
        <w:br/>
        <w:t>no me abraces sin razón!</w:t>
      </w:r>
    </w:p>
    <w:p>
      <w:pPr>
        <w:keepLines/>
        <w:spacing w:line="420" w:lineRule="exact" w:after="160"/>
      </w:pPr>
      <w:r>
        <w:t>Tú pediste que te lleve,</w:t>
        <w:br/>
        <w:t>no que cambie de intención.</w:t>
        <w:br/>
        <w:t>Yo te llevo hasta tu casa,</w:t>
        <w:br/>
        <w:t>¡no te doy mi corazón!</w:t>
      </w:r>
    </w:p>
    <w:p>
      <w:pPr>
        <w:keepLines/>
        <w:spacing w:line="420" w:lineRule="exact" w:after="160"/>
      </w:pPr>
      <w:r>
        <w:t>Mi papá contó la historia</w:t>
        <w:br/>
        <w:t>y reía con Ramón;</w:t>
        <w:br/>
        <w:t>hoy la canto con cariño,</w:t>
        <w:br/>
        <w:t>recordando aquel frenón.</w:t>
      </w:r>
    </w:p>
    <w:p>
      <w:pPr>
        <w:keepNext/>
        <w:keepLines/>
        <w:spacing w:line="420" w:lineRule="exact" w:after="160"/>
      </w:pPr>
      <w:r>
        <w:t>Don Luis y su buen amigo,</w:t>
        <w:br/>
        <w:t>¡compañeros de estación!</w:t>
      </w:r>
    </w:p>
    <w:p>
      <w:hyperlink w:anchor="Indice" w:history="1">
        <w:r>
          <w:rPr>
            <w:color w:val="1F4E79"/>
            <w:u w:val="single"/>
            <w:sz w:val="24"/>
          </w:rPr>
          <w:t>Volver al índice</w:t>
        </w:r>
      </w:hyperlink>
    </w:p>
    <w:p>
      <w:bookmarkStart w:id="26" w:name="Cancion25"/>
      <w:pPr>
        <w:pStyle w:val="Heading1"/>
        <w:pageBreakBefore/>
      </w:pPr>
      <w:r>
        <w:rPr>
          <w:color w:val="000000"/>
        </w:rPr>
        <w:t>Mazorcas y Don Luis</w:t>
      </w:r>
      <w:bookmarkEnd w:id="26"/>
    </w:p>
    <w:p>
      <w:pPr>
        <w:spacing w:after="280"/>
      </w:pPr>
      <w:hyperlink w:anchor="Indice" w:history="1">
        <w:r>
          <w:rPr>
            <w:color w:val="1F4E79"/>
            <w:u w:val="single"/>
            <w:sz w:val="24"/>
          </w:rPr>
          <w:t>Volver al índice</w:t>
        </w:r>
      </w:hyperlink>
    </w:p>
    <w:p>
      <w:pPr>
        <w:spacing w:after="400"/>
      </w:pPr>
      <w:r>
        <w:t>Es otra versión de la anécdota de don Luis y Ramón, conocido como El Mazorcas, compañeros de trabajo que compartían un aventón al salir de la jornada. El punto de partida sigue siendo el aventón al salir del trabajo y la confianza entre compañeros. Esta variante acentúa los dobles sentidos y las respuestas del personaje para conservar el tono burlón de la anécdota. Es otra manera de contar el mismo recuerdo, con una intención más juguetona. Quise darle un tono más pícaro a la historia que recordaba de mi padre. La broma conserva el sabor de un relato familiar y la alegría de recordar. Aquí aparece como una variante de la misma historia.</w:t>
      </w:r>
    </w:p>
    <w:p>
      <w:pPr>
        <w:keepLines/>
        <w:spacing w:line="420" w:lineRule="exact" w:after="160"/>
      </w:pPr>
      <w:r>
        <w:t>Hoy les contaré la historia</w:t>
        <w:br/>
        <w:t>de mi padre y de Ramón;</w:t>
        <w:br/>
        <w:t>Don Luis era ferroviario,</w:t>
        <w:br/>
        <w:t>trabajaba en la estación.</w:t>
      </w:r>
    </w:p>
    <w:p>
      <w:pPr>
        <w:keepLines/>
        <w:spacing w:line="420" w:lineRule="exact" w:after="160"/>
      </w:pPr>
      <w:r>
        <w:t>En mi puerto, Mazatlán,</w:t>
        <w:br/>
        <w:t>compartían la ocupación.</w:t>
        <w:br/>
        <w:t>Al salir de su trabajo,</w:t>
        <w:br/>
        <w:t>Luis llevaba a don Ramón</w:t>
      </w:r>
    </w:p>
    <w:p>
      <w:pPr>
        <w:keepLines/>
        <w:spacing w:line="420" w:lineRule="exact" w:after="160"/>
      </w:pPr>
      <w:r>
        <w:t>a su casa, allá en la Juárez,</w:t>
        <w:br/>
        <w:t>aprovechando el jalón.</w:t>
        <w:br/>
        <w:t>Por quedarle por el rumbo</w:t>
        <w:br/>
        <w:t>le brindaba un aventón.</w:t>
      </w:r>
    </w:p>
    <w:p>
      <w:pPr>
        <w:keepLines/>
        <w:spacing w:line="420" w:lineRule="exact" w:after="160"/>
      </w:pPr>
      <w:r>
        <w:t>Si veía a los homosexuales,</w:t>
        <w:br/>
        <w:t>se le alegraba el corazón;</w:t>
        <w:br/>
        <w:t>y al subirse a aquella moto</w:t>
        <w:br/>
        <w:t>se pegaba de pilón.</w:t>
      </w:r>
    </w:p>
    <w:p>
      <w:pPr>
        <w:keepLines/>
        <w:spacing w:line="420" w:lineRule="exact" w:after="160"/>
      </w:pPr>
      <w:r>
        <w:t>Una cosa era el paseo,</w:t>
        <w:br/>
        <w:t>¡otra cosa la intención!</w:t>
        <w:br/>
        <w:t>Don Luis prendía la moto</w:t>
        <w:br/>
        <w:t>y Ramón se acomodaba;</w:t>
      </w:r>
    </w:p>
    <w:p>
      <w:pPr>
        <w:keepLines/>
        <w:spacing w:line="420" w:lineRule="exact" w:after="160"/>
      </w:pPr>
      <w:r>
        <w:t>pero arriba del asiento</w:t>
        <w:br/>
        <w:t>cada vez más se arrimaba.</w:t>
        <w:br/>
        <w:t>«¡Hazte para allá, muchacho!»,</w:t>
        <w:br/>
        <w:t>¡y Ramón más se pegaba!</w:t>
      </w:r>
    </w:p>
    <w:p>
      <w:pPr>
        <w:keepLines/>
        <w:spacing w:line="420" w:lineRule="exact" w:after="160"/>
      </w:pPr>
      <w:r>
        <w:t>«Una lámina pondré»,</w:t>
        <w:br/>
        <w:t>dijo Luis al buen Ramón.</w:t>
        <w:br/>
        <w:t>«¡Y yo la atravesaré!»,</w:t>
        <w:br/>
        <w:t>respondió aquel vacilón.</w:t>
      </w:r>
    </w:p>
    <w:p>
      <w:pPr>
        <w:keepLines/>
        <w:spacing w:line="420" w:lineRule="exact" w:after="160"/>
      </w:pPr>
      <w:r>
        <w:t>«¡La convierto en un embudo,</w:t>
        <w:br/>
        <w:t>porque soy un garañón!»</w:t>
        <w:br/>
        <w:t>¡Ay, Mazorcas, qué confianza,</w:t>
        <w:br/>
        <w:t>no me abraces sin razón!</w:t>
      </w:r>
    </w:p>
    <w:p>
      <w:pPr>
        <w:keepLines/>
        <w:spacing w:line="420" w:lineRule="exact" w:after="160"/>
      </w:pPr>
      <w:r>
        <w:t>Yo te llevo hasta tu casa,</w:t>
        <w:br/>
        <w:t>¡no te doy mi corazón!</w:t>
        <w:br/>
        <w:t>Somos buenos compañeros,</w:t>
        <w:br/>
        <w:t>¡no confundas la intención!</w:t>
      </w:r>
    </w:p>
    <w:p>
      <w:pPr>
        <w:keepLines/>
        <w:spacing w:line="420" w:lineRule="exact" w:after="160"/>
      </w:pPr>
      <w:r>
        <w:t>Luis llevaba mucha prisa</w:t>
        <w:br/>
        <w:t>y le quiso acelerar;</w:t>
        <w:br/>
        <w:t>pero al encontrarse un alto</w:t>
        <w:br/>
        <w:t>se vio obligado a parar.</w:t>
      </w:r>
    </w:p>
    <w:p>
      <w:pPr>
        <w:keepLines/>
        <w:spacing w:line="420" w:lineRule="exact" w:after="160"/>
      </w:pPr>
      <w:r>
        <w:t>Ramón dio un brinco fuerte,</w:t>
        <w:br/>
        <w:t>¡hasta adelante fue a dar!</w:t>
        <w:br/>
        <w:t>Se abrazó fuerte a mi padre</w:t>
        <w:br/>
        <w:t>con el susto del frenón.</w:t>
      </w:r>
    </w:p>
    <w:p>
      <w:pPr>
        <w:keepLines/>
        <w:spacing w:line="420" w:lineRule="exact" w:after="160"/>
      </w:pPr>
      <w:r>
        <w:t>«¡No te me pegues, carajo!»,</w:t>
        <w:br/>
        <w:t>le gritó por el jalón.</w:t>
        <w:br/>
        <w:t>«¡Yo venía bien sentado;</w:t>
        <w:br/>
        <w:t>usted dio el apretujón!»</w:t>
      </w:r>
    </w:p>
    <w:p>
      <w:pPr>
        <w:keepLines/>
        <w:spacing w:line="420" w:lineRule="exact" w:after="160"/>
      </w:pPr>
      <w:r>
        <w:t>¡Ay, Mazorcas, qué confianza,</w:t>
        <w:br/>
        <w:t>no me abraces sin razón!</w:t>
        <w:br/>
        <w:t>Yo te llevo hasta tu casa,</w:t>
        <w:br/>
        <w:t>¡no te doy mi corazón!</w:t>
      </w:r>
    </w:p>
    <w:p>
      <w:pPr>
        <w:keepLines/>
        <w:spacing w:line="420" w:lineRule="exact" w:after="160"/>
      </w:pPr>
      <w:r>
        <w:t>Somos buenos compañeros,</w:t>
        <w:br/>
        <w:t>¡no confundas la intención!</w:t>
        <w:br/>
        <w:t>Al llegar a su casita,</w:t>
        <w:br/>
        <w:t>se bajó por el portón.</w:t>
      </w:r>
    </w:p>
    <w:p>
      <w:pPr>
        <w:keepLines/>
        <w:spacing w:line="420" w:lineRule="exact" w:after="160"/>
      </w:pPr>
      <w:r>
        <w:t>Luis le dijo: «Hasta mañana,</w:t>
        <w:br/>
        <w:t>¡pero sin tanto apretón!».</w:t>
        <w:br/>
        <w:t>«¡Yo pedí que me llevara,</w:t>
        <w:br/>
        <w:t>no que diera ese frenón!»</w:t>
      </w:r>
    </w:p>
    <w:p>
      <w:pPr>
        <w:keepLines/>
        <w:spacing w:line="420" w:lineRule="exact" w:after="160"/>
      </w:pPr>
      <w:r>
        <w:t>Mi papá contó la historia</w:t>
        <w:br/>
        <w:t>con su modo tan burlón;</w:t>
        <w:br/>
        <w:t>hoy la canto recordando</w:t>
        <w:br/>
        <w:t>a don Luis y a don Ramón.</w:t>
      </w:r>
    </w:p>
    <w:p>
      <w:pPr>
        <w:keepNext/>
        <w:keepLines/>
        <w:spacing w:line="420" w:lineRule="exact" w:after="160"/>
      </w:pPr>
      <w:r>
        <w:t>Dos amigos del trabajo,</w:t>
        <w:br/>
        <w:t>¡compañeros de estación!</w:t>
      </w:r>
    </w:p>
    <w:p>
      <w:hyperlink w:anchor="Indice" w:history="1">
        <w:r>
          <w:rPr>
            <w:color w:val="1F4E79"/>
            <w:u w:val="single"/>
            <w:sz w:val="24"/>
          </w:rPr>
          <w:t>Volver al índice</w:t>
        </w:r>
      </w:hyperlink>
    </w:p>
    <w:p>
      <w:bookmarkStart w:id="27" w:name="Cancion26"/>
      <w:pPr>
        <w:pStyle w:val="Heading1"/>
        <w:pageBreakBefore/>
      </w:pPr>
      <w:r>
        <w:rPr>
          <w:color w:val="000000"/>
        </w:rPr>
        <w:t>¿Quién le debe paz a Mazatlán?</w:t>
      </w:r>
      <w:bookmarkEnd w:id="27"/>
    </w:p>
    <w:p>
      <w:pPr>
        <w:spacing w:after="280"/>
      </w:pPr>
      <w:hyperlink w:anchor="Indice" w:history="1">
        <w:r>
          <w:rPr>
            <w:color w:val="1F4E79"/>
            <w:u w:val="single"/>
            <w:sz w:val="24"/>
          </w:rPr>
          <w:t>Volver al índice</w:t>
        </w:r>
      </w:hyperlink>
    </w:p>
    <w:p>
      <w:pPr>
        <w:spacing w:after="400"/>
      </w:pPr>
      <w:r>
        <w:t>Nació del deseo de hablar de mi Mazatlán y de la violencia que preocupa a tantas familias, sin olvidar la vida cotidiana y el cariño que sentimos por el puerto. Quise hablar del puerto que sigo queriendo y de la vida que continúa en él, sin dejar fuera a las familias que sufren. La letra pregunta por quienes provocan y sostienen el daño, y expresa el deseo de que hijos y nietos puedan construir aquí su hogar. Su mirada nace del cariño por esta tierra. Quise convertir esa preocupación en una pregunta por la responsabilidad y en un deseo de justicia. Todos merecemos vivir con tranquilidad. El amor por nuestra tierra incluye el dolor de quienes sufren y el compromiso con la paz.</w:t>
      </w:r>
    </w:p>
    <w:p>
      <w:pPr>
        <w:keepLines/>
        <w:spacing w:line="420" w:lineRule="exact" w:after="160"/>
      </w:pPr>
      <w:r>
        <w:t>Sigue el sol sobre la arena,</w:t>
        <w:br/>
        <w:t>sigue el puerto al despertar;</w:t>
        <w:br/>
        <w:t>yo camino por mi tierra,</w:t>
        <w:br/>
        <w:t>todavía encuentro paz.</w:t>
      </w:r>
    </w:p>
    <w:p>
      <w:pPr>
        <w:keepLines/>
        <w:spacing w:line="420" w:lineRule="exact" w:after="160"/>
      </w:pPr>
      <w:r>
        <w:t>Pero miro hacia otras casas</w:t>
        <w:br/>
        <w:t>y me duele comprender:</w:t>
        <w:br/>
        <w:t>aunque en una haya alegría,</w:t>
        <w:br/>
        <w:t>otra espera a quien no ve.</w:t>
      </w:r>
    </w:p>
    <w:p>
      <w:pPr>
        <w:keepLines/>
        <w:spacing w:line="420" w:lineRule="exact" w:after="160"/>
      </w:pPr>
      <w:r>
        <w:t>Se disputan los caminos,</w:t>
        <w:br/>
        <w:t>se disputan el poder;</w:t>
        <w:br/>
        <w:t>por quedarse con las rutas,</w:t>
        <w:br/>
        <w:t>cuántos dejan de volver.</w:t>
      </w:r>
    </w:p>
    <w:p>
      <w:pPr>
        <w:keepLines/>
        <w:spacing w:line="420" w:lineRule="exact" w:after="160"/>
      </w:pPr>
      <w:r>
        <w:t>No fue el mar quien trajo el miedo,</w:t>
        <w:br/>
        <w:t>ni la brisa del lugar;</w:t>
        <w:br/>
        <w:t>fueron hombres que eligieron</w:t>
        <w:br/>
        <w:t>hacer daño para ganar.</w:t>
      </w:r>
    </w:p>
    <w:p>
      <w:pPr>
        <w:keepLines/>
        <w:spacing w:line="420" w:lineRule="exact" w:after="160"/>
      </w:pPr>
      <w:r>
        <w:t>¿Quién le debe paz a Mazatlán?</w:t>
        <w:br/>
        <w:t>¿Quién responde por tanta ausencia?</w:t>
        <w:br/>
        <w:t>¿Quién recoge el dolor que dejan</w:t>
        <w:br/>
        <w:t>los negocios de la violencia?</w:t>
      </w:r>
    </w:p>
    <w:p>
      <w:pPr>
        <w:keepLines/>
        <w:spacing w:line="420" w:lineRule="exact" w:after="160"/>
      </w:pPr>
      <w:r>
        <w:t>Mazatlán, que retumbe tu voz,</w:t>
        <w:br/>
        <w:t>que se escuche de lado a lado:</w:t>
        <w:br/>
        <w:t>no nacimos para vivir</w:t>
        <w:br/>
        <w:t>con el miedo de otro a nuestro lado.</w:t>
      </w:r>
    </w:p>
    <w:p>
      <w:pPr>
        <w:keepLines/>
        <w:spacing w:line="420" w:lineRule="exact" w:after="160"/>
      </w:pPr>
      <w:r>
        <w:t>Hacia el norte va la droga,</w:t>
        <w:br/>
        <w:t>hacia el sur vienen fusiles;</w:t>
        <w:br/>
        <w:t>el negocio cruza el mapa,</w:t>
        <w:br/>
        <w:t>el dolor llega a familias.</w:t>
      </w:r>
    </w:p>
    <w:p>
      <w:pPr>
        <w:keepLines/>
        <w:spacing w:line="420" w:lineRule="exact" w:after="160"/>
      </w:pPr>
      <w:r>
        <w:t>En las calles de ambos lados</w:t>
        <w:br/>
        <w:t>hay un olor de juventud;</w:t>
        <w:br/>
        <w:t>unos cuentan sus ganancias,</w:t>
        <w:br/>
        <w:t>otros buscan un ataúd.</w:t>
      </w:r>
    </w:p>
    <w:p>
      <w:pPr>
        <w:keepLines/>
        <w:spacing w:line="420" w:lineRule="exact" w:after="160"/>
      </w:pPr>
      <w:r>
        <w:t>Hay dinero que se esconde,</w:t>
        <w:br/>
        <w:t>que aparenta ser legal;</w:t>
        <w:br/>
        <w:t>pero cambia de fachada,</w:t>
        <w:br/>
        <w:t>no de origen criminal.</w:t>
      </w:r>
    </w:p>
    <w:p>
      <w:pPr>
        <w:keepLines/>
        <w:spacing w:line="420" w:lineRule="exact" w:after="160"/>
      </w:pPr>
      <w:r>
        <w:t>Quien dispara tiene culpa,</w:t>
        <w:br/>
        <w:t>quien lo manda, mucho más;</w:t>
        <w:br/>
        <w:t>quien les mueve las ganancias</w:t>
        <w:br/>
        <w:t>también tiene que pagar.</w:t>
      </w:r>
    </w:p>
    <w:p>
      <w:pPr>
        <w:keepLines/>
        <w:spacing w:line="420" w:lineRule="exact" w:after="160"/>
      </w:pPr>
      <w:r>
        <w:t>¿Quién le debe paz a Mazatlán?</w:t>
        <w:br/>
        <w:t>¿Quién responde por tanta ausencia?</w:t>
        <w:br/>
        <w:t>¿Quién recoge el dolor que dejan</w:t>
        <w:br/>
        <w:t>los negocios de la violencia?</w:t>
      </w:r>
    </w:p>
    <w:p>
      <w:pPr>
        <w:keepLines/>
        <w:spacing w:line="420" w:lineRule="exact" w:after="160"/>
      </w:pPr>
      <w:r>
        <w:t>Mazatlán, que retumbe tu voz,</w:t>
        <w:br/>
        <w:t>que se escuche de lado a lado:</w:t>
        <w:br/>
        <w:t>no nacimos para vivir</w:t>
        <w:br/>
        <w:t>con el miedo de otro a nuestro lado.</w:t>
      </w:r>
    </w:p>
    <w:p>
      <w:pPr>
        <w:keepLines/>
        <w:spacing w:line="420" w:lineRule="exact" w:after="160"/>
      </w:pPr>
      <w:r>
        <w:t>A quien sufre una adicción,</w:t>
        <w:br/>
        <w:t>una mano que lo cuide;</w:t>
        <w:br/>
        <w:t>a quien vende destrucción,</w:t>
        <w:br/>
        <w:t>una ley que no se olvide.</w:t>
      </w:r>
    </w:p>
    <w:p>
      <w:pPr>
        <w:keepLines/>
        <w:spacing w:line="420" w:lineRule="exact" w:after="160"/>
      </w:pPr>
      <w:r>
        <w:t>A quien debe proteger,</w:t>
        <w:br/>
        <w:t>le pedimos resultados;</w:t>
        <w:br/>
        <w:t>que la paz llegue también</w:t>
        <w:br/>
        <w:t>a los pueblos olvidados.</w:t>
      </w:r>
    </w:p>
    <w:p>
      <w:pPr>
        <w:keepLines/>
        <w:spacing w:line="420" w:lineRule="exact" w:after="160"/>
      </w:pPr>
      <w:r>
        <w:t>Mis mayores me enseñaron</w:t>
        <w:br/>
        <w:t>a ganarme honrado el pan;</w:t>
        <w:br/>
        <w:t>con sus manos construyeron</w:t>
        <w:br/>
        <w:t>lo que hoy quiero resguardar.</w:t>
      </w:r>
    </w:p>
    <w:p>
      <w:pPr>
        <w:keepLines/>
        <w:spacing w:line="420" w:lineRule="exact" w:after="160"/>
      </w:pPr>
      <w:r>
        <w:t>Yo también pondré mi parte</w:t>
        <w:br/>
        <w:t>con respeto y dignidad;</w:t>
        <w:br/>
        <w:t>que mis hijos y mis nietos</w:t>
        <w:br/>
        <w:t>tengan dónde hacer hogar.</w:t>
      </w:r>
    </w:p>
    <w:p>
      <w:pPr>
        <w:keepLines/>
        <w:spacing w:line="420" w:lineRule="exact" w:after="160"/>
      </w:pPr>
      <w:r>
        <w:t>¿Quién le debe paz a Mazatlán?</w:t>
        <w:br/>
        <w:t>Que respondan quienes hacen daño;</w:t>
        <w:br/>
        <w:t>que se cierre el paso a las armas,</w:t>
        <w:br/>
        <w:t>que se frene al dinero manchado.</w:t>
      </w:r>
    </w:p>
    <w:p>
      <w:pPr>
        <w:keepLines/>
        <w:spacing w:line="420" w:lineRule="exact" w:after="160"/>
      </w:pPr>
      <w:r>
        <w:t>Mazatlán, que retumbe tu voz,</w:t>
        <w:br/>
        <w:t>que la escuchen aquí y al otro lado;</w:t>
        <w:br/>
        <w:t>queremos justicia y vivir</w:t>
        <w:br/>
        <w:t>en el puerto que tanto nos ha dado.</w:t>
      </w:r>
    </w:p>
    <w:p>
      <w:pPr>
        <w:keepLines/>
        <w:spacing w:line="420" w:lineRule="exact" w:after="160"/>
      </w:pPr>
      <w:r>
        <w:t>Sigue el sol sobre la arena,</w:t>
        <w:br/>
        <w:t>sigue el mar con su cantar;</w:t>
        <w:br/>
        <w:t>que algún día esta pregunta</w:t>
        <w:br/>
        <w:t>ya no haga falta cantar.</w:t>
      </w:r>
    </w:p>
    <w:p>
      <w:pPr>
        <w:keepNext/>
        <w:keepLines/>
        <w:spacing w:line="420" w:lineRule="exact" w:after="160"/>
      </w:pPr>
      <w:r>
        <w:t>Mazatlán…</w:t>
        <w:br/>
        <w:t>que te devuelvan la paz.</w:t>
      </w:r>
    </w:p>
    <w:p>
      <w:hyperlink w:anchor="Indice" w:history="1">
        <w:r>
          <w:rPr>
            <w:color w:val="1F4E79"/>
            <w:u w:val="single"/>
            <w:sz w:val="24"/>
          </w:rPr>
          <w:t>Volver al índice</w:t>
        </w:r>
      </w:hyperlink>
    </w:p>
    <w:p>
      <w:bookmarkStart w:id="28" w:name="Cancion27"/>
      <w:pPr>
        <w:pStyle w:val="Heading1"/>
        <w:pageBreakBefore/>
      </w:pPr>
      <w:r>
        <w:rPr>
          <w:color w:val="000000"/>
        </w:rPr>
        <w:t>Who Owes Mazatlán Its Peace?</w:t>
      </w:r>
      <w:bookmarkEnd w:id="28"/>
    </w:p>
    <w:p>
      <w:pPr>
        <w:spacing w:after="280"/>
      </w:pPr>
      <w:hyperlink w:anchor="Indice" w:history="1">
        <w:r>
          <w:rPr>
            <w:color w:val="1F4E79"/>
            <w:u w:val="single"/>
            <w:sz w:val="24"/>
          </w:rPr>
          <w:t>Volver al índice</w:t>
        </w:r>
      </w:hyperlink>
    </w:p>
    <w:p>
      <w:pPr>
        <w:spacing w:after="400"/>
      </w:pPr>
      <w:r>
        <w:t>Nació como una versión en inglés de la canción anterior, para compartirla con mis amigos de Estados Unidos. Esta adaptación permite acercar la misma preocupación a amigos que hablan otra lengua. Conserva el paisaje del puerto, el dolor de las familias y la esperanza de vivir con tranquilidad. Al compartirla fuera de México, quise que se escuchara la voz de alguien que quiere a su tierra y desea verla en paz. Quise que el amor por Mazatlán y la petición de paz pudieran llegar también a quienes nos escuchan en otra lengua. La preocupación por las familias y el deseo de justicia pueden unirnos más allá de las fronteras.</w:t>
      </w:r>
    </w:p>
    <w:p>
      <w:pPr>
        <w:keepLines/>
        <w:spacing w:line="420" w:lineRule="exact" w:after="160"/>
      </w:pPr>
      <w:r>
        <w:t>Morning sunlight warms the sand,</w:t>
        <w:br/>
        <w:t>life goes on throughout the town.</w:t>
        <w:br/>
        <w:t>I still walk the streets I love,</w:t>
        <w:br/>
        <w:t>I still watch the sun go down.</w:t>
      </w:r>
    </w:p>
    <w:p>
      <w:pPr>
        <w:keepLines/>
        <w:spacing w:line="420" w:lineRule="exact" w:after="160"/>
      </w:pPr>
      <w:r>
        <w:t>But beyond the joy I know,</w:t>
        <w:br/>
        <w:t>other homes endure the pain;</w:t>
        <w:br/>
        <w:t>some can share a laugh tonight,</w:t>
        <w:br/>
        <w:t>some may never laugh the same.</w:t>
      </w:r>
    </w:p>
    <w:p>
      <w:pPr>
        <w:keepLines/>
        <w:spacing w:line="420" w:lineRule="exact" w:after="160"/>
      </w:pPr>
      <w:r>
        <w:t>Rival factions fight for routes,</w:t>
        <w:br/>
        <w:t>fight for money, fight for land.</w:t>
        <w:br/>
        <w:t>Families bear the bitter cost</w:t>
        <w:br/>
        <w:t>of the power they demand.</w:t>
      </w:r>
    </w:p>
    <w:p>
      <w:pPr>
        <w:keepLines/>
        <w:spacing w:line="420" w:lineRule="exact" w:after="160"/>
      </w:pPr>
      <w:r>
        <w:t>Not the sea that brought this fear,</w:t>
        <w:br/>
        <w:t>not the breeze along the shore;</w:t>
        <w:br/>
        <w:t>people chose to trade in harm,</w:t>
        <w:br/>
        <w:t>leaving grief at someone’s door.</w:t>
      </w:r>
    </w:p>
    <w:p>
      <w:pPr>
        <w:keepLines/>
        <w:spacing w:line="420" w:lineRule="exact" w:after="160"/>
      </w:pPr>
      <w:r>
        <w:t>Who owes Mazatlán its peace?</w:t>
        <w:br/>
        <w:t>Who will answer for this pain?</w:t>
        <w:br/>
        <w:t>Who will face the homes left grieving</w:t>
        <w:br/>
        <w:t>while the profits still remain?</w:t>
      </w:r>
    </w:p>
    <w:p>
      <w:pPr>
        <w:keepLines/>
        <w:spacing w:line="420" w:lineRule="exact" w:after="160"/>
      </w:pPr>
      <w:r>
        <w:t>Mazatlán, let your voice rise,</w:t>
        <w:br/>
        <w:t>let it reach both far and near.</w:t>
        <w:br/>
        <w:t>We deserve to live our lives</w:t>
        <w:br/>
        <w:t>with our loved ones, free from fear.</w:t>
      </w:r>
    </w:p>
    <w:p>
      <w:pPr>
        <w:keepLines/>
        <w:spacing w:line="420" w:lineRule="exact" w:after="160"/>
      </w:pPr>
      <w:r>
        <w:t>Drugs move north across the line,</w:t>
        <w:br/>
        <w:t>trafficked guns come south to kill.</w:t>
        <w:br/>
        <w:t>Money travels through the night,</w:t>
        <w:br/>
        <w:t>and the trade keeps turning still.</w:t>
      </w:r>
    </w:p>
    <w:p>
      <w:pPr>
        <w:keepLines/>
        <w:spacing w:line="420" w:lineRule="exact" w:after="160"/>
      </w:pPr>
      <w:r>
        <w:t>On both sides, the families grieve;</w:t>
        <w:br/>
        <w:t>on both sides, young lives are lost.</w:t>
        <w:br/>
        <w:t>Some grow rich from all this harm,</w:t>
        <w:br/>
        <w:t>other people pay the cost.</w:t>
      </w:r>
    </w:p>
    <w:p>
      <w:pPr>
        <w:keepLines/>
        <w:spacing w:line="420" w:lineRule="exact" w:after="160"/>
      </w:pPr>
      <w:r>
        <w:t>Dirty money changes hands,</w:t>
        <w:br/>
        <w:t>hides behind a polished name.</w:t>
        <w:br/>
        <w:t>Though its outward face may change,</w:t>
        <w:br/>
        <w:t>still its source remains the same.</w:t>
      </w:r>
    </w:p>
    <w:p>
      <w:pPr>
        <w:keepLines/>
        <w:spacing w:line="420" w:lineRule="exact" w:after="160"/>
      </w:pPr>
      <w:r>
        <w:t>Those who kill must face the law,</w:t>
        <w:br/>
        <w:t>those who give the orders, too.</w:t>
        <w:br/>
        <w:t>Those who help conceal the wealth</w:t>
        <w:br/>
        <w:t>must account for what they do.</w:t>
      </w:r>
    </w:p>
    <w:p>
      <w:pPr>
        <w:keepLines/>
        <w:spacing w:line="420" w:lineRule="exact" w:after="160"/>
      </w:pPr>
      <w:r>
        <w:t>Who owes Mazatlán its peace?</w:t>
        <w:br/>
        <w:t>Who will answer for this pain?</w:t>
        <w:br/>
        <w:t>Who will face the homes left grieving</w:t>
        <w:br/>
        <w:t>while the profits still remain?</w:t>
      </w:r>
    </w:p>
    <w:p>
      <w:pPr>
        <w:keepLines/>
        <w:spacing w:line="420" w:lineRule="exact" w:after="160"/>
      </w:pPr>
      <w:r>
        <w:t>Mazatlán, let your voice rise,</w:t>
        <w:br/>
        <w:t>let it reach both far and near.</w:t>
        <w:br/>
        <w:t>We deserve to live our lives</w:t>
        <w:br/>
        <w:t>with our loved ones, free from fear.</w:t>
      </w:r>
    </w:p>
    <w:p>
      <w:pPr>
        <w:keepLines/>
        <w:spacing w:line="420" w:lineRule="exact" w:after="160"/>
      </w:pPr>
      <w:r>
        <w:t>Help the ones addiction holds,</w:t>
        <w:br/>
        <w:t>give them care and ways to heal.</w:t>
        <w:br/>
        <w:t>Stop the ones who sell the harm;</w:t>
        <w:br/>
        <w:t>let the force of law be real.</w:t>
      </w:r>
    </w:p>
    <w:p>
      <w:pPr>
        <w:keepLines/>
        <w:spacing w:line="420" w:lineRule="exact" w:after="160"/>
      </w:pPr>
      <w:r>
        <w:t>Those entrusted with our lives,</w:t>
        <w:br/>
        <w:t>turn your promises to deeds.</w:t>
        <w:br/>
        <w:t>Let protection reach the towns</w:t>
        <w:br/>
        <w:t>still awaiting what they need.</w:t>
      </w:r>
    </w:p>
    <w:p>
      <w:pPr>
        <w:keepLines/>
        <w:spacing w:line="420" w:lineRule="exact" w:after="160"/>
      </w:pPr>
      <w:r>
        <w:t>Those before me taught me well:</w:t>
        <w:br/>
        <w:t>earn your bread with honest hands.</w:t>
        <w:br/>
        <w:t>Through their work and through their love,</w:t>
        <w:br/>
        <w:t>they built hope upon this land.</w:t>
      </w:r>
    </w:p>
    <w:p>
      <w:pPr>
        <w:keepLines/>
        <w:spacing w:line="420" w:lineRule="exact" w:after="160"/>
      </w:pPr>
      <w:r>
        <w:t>I will do my part today</w:t>
        <w:br/>
        <w:t>with compassion, care and pride,</w:t>
        <w:br/>
        <w:t>so our children have a home</w:t>
        <w:br/>
        <w:t>where their dreams can grow and thrive.</w:t>
      </w:r>
    </w:p>
    <w:p>
      <w:pPr>
        <w:keepLines/>
        <w:spacing w:line="420" w:lineRule="exact" w:after="160"/>
      </w:pPr>
      <w:r>
        <w:t>Who owes Mazatlán its peace?</w:t>
        <w:br/>
        <w:t>Let those causing harm reply.</w:t>
        <w:br/>
        <w:t>Stop the guns and trace the money;</w:t>
        <w:br/>
        <w:t>let no grieving voice pass by.</w:t>
      </w:r>
    </w:p>
    <w:p>
      <w:pPr>
        <w:keepLines/>
        <w:spacing w:line="420" w:lineRule="exact" w:after="160"/>
      </w:pPr>
      <w:r>
        <w:t>Mazatlán, let your voice rise,</w:t>
        <w:br/>
        <w:t>cross the border, cross the sea.</w:t>
        <w:br/>
        <w:t>Give us justice, give us peace,</w:t>
        <w:br/>
        <w:t>let our home be safe and free.</w:t>
      </w:r>
    </w:p>
    <w:p>
      <w:pPr>
        <w:keepLines/>
        <w:spacing w:line="420" w:lineRule="exact" w:after="160"/>
      </w:pPr>
      <w:r>
        <w:t>Morning sunlight warms the sand,</w:t>
        <w:br/>
        <w:t>still the waves embrace the shore.</w:t>
        <w:br/>
        <w:t>May the day come when this song</w:t>
        <w:br/>
        <w:t>needs to ask these things no more.</w:t>
      </w:r>
    </w:p>
    <w:p>
      <w:pPr>
        <w:keepNext/>
        <w:keepLines/>
        <w:spacing w:line="420" w:lineRule="exact" w:after="160"/>
      </w:pPr>
      <w:r>
        <w:t>Mazatlán…</w:t>
        <w:br/>
        <w:t>may your peace return once more.</w:t>
      </w:r>
    </w:p>
    <w:p>
      <w:hyperlink w:anchor="Indice" w:history="1">
        <w:r>
          <w:rPr>
            <w:color w:val="1F4E79"/>
            <w:u w:val="single"/>
            <w:sz w:val="24"/>
          </w:rPr>
          <w:t>Volver al índice</w:t>
        </w:r>
      </w:hyperlink>
    </w:p>
    <w:sectPr w:rsidR="00FC693F" w:rsidRPr="0006063C" w:rsidSect="00034616">
      <w:footerReference w:type="default" r:id="rId9"/>
      <w:headerReference w:type="default" r:id="rId11"/>
      <w:footerReference w:type="first" r:id="rId12"/>
      <w:headerReference w:type="first" r:id="rId13"/>
      <w:pgSz w:w="10080" w:h="13392"/>
      <w:pgMar w:top="792" w:right="792" w:bottom="864" w:left="792" w:header="115" w:footer="11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60" w:line="340" w:lineRule="exact"/>
      <w:jc w:val="center"/>
    </w:pPr>
    <w:r>
      <w:rPr>
        <w:rFonts w:ascii="Georgia" w:hAnsi="Georgia"/>
        <w:i/>
        <w:color w:val="647579"/>
        <w:sz w:val="14"/>
      </w:rPr>
      <w:drawing>
        <wp:anchor distT="0" distB="0" distL="0" distR="0" simplePos="0" relativeHeight="0" behindDoc="1" locked="0" layoutInCell="1" allowOverlap="1">
          <wp:simplePos x="0" y="0"/>
          <wp:positionH relativeFrom="column">
            <wp:align>center</wp:align>
          </wp:positionH>
          <wp:positionV relativeFrom="paragraph">
            <wp:posOffset>0</wp:posOffset>
          </wp:positionV>
          <wp:extent cx="822960" cy="20574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_ribbon.png"/>
                  <pic:cNvPicPr/>
                </pic:nvPicPr>
                <pic:blipFill>
                  <a:blip r:embed="rId1"/>
                  <a:stretch>
                    <a:fillRect/>
                  </a:stretch>
                </pic:blipFill>
                <pic:spPr>
                  <a:xfrm>
                    <a:off x="0" y="0"/>
                    <a:ext cx="822960" cy="205740"/>
                  </a:xfrm>
                  <a:prstGeom prst="rect"/>
                </pic:spPr>
              </pic:pic>
            </a:graphicData>
          </a:graphic>
        </wp:anchor>
      </w:drawing>
    </w:r>
    <w:fldSimple w:instr="PAGE">
      <w:r>
        <w:rPr>
          <w:rFonts w:ascii="Georgia" w:hAnsi="Georgia" w:cs="Georgia"/>
          <w:sz w:val="14"/>
          <w:szCs w:val="14"/>
          <w:i/>
          <w:color w:val="647579"/>
        </w:rPr>
        <w:t>1</w:t>
      </w:r>
    </w:fldSimple>
  </w:p>
  <w:p>
    <w:pPr>
      <w:spacing w:after="0" w:before="0" w:line="240" w:lineRule="auto"/>
      <w:jc w:val="center"/>
    </w:pPr>
    <w:r>
      <w:rPr>
        <w:rFonts w:ascii="Georgia" w:hAnsi="Georgia"/>
        <w:i/>
        <w:color w:val="647579"/>
        <w:sz w:val="14"/>
      </w:rPr>
      <w:t>José Hugo López Machado  ·  Mazatlán, Sinaloa</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60" w:line="340" w:lineRule="exact"/>
      <w:jc w:val="center"/>
    </w:pPr>
    <w:r>
      <w:rPr>
        <w:rFonts w:ascii="Georgia" w:hAnsi="Georgia"/>
        <w:i/>
        <w:color w:val="647579"/>
        <w:sz w:val="14"/>
      </w:rPr>
      <w:drawing>
        <wp:anchor distT="0" distB="0" distL="0" distR="0" simplePos="0" relativeHeight="0" behindDoc="1" locked="0" layoutInCell="1" allowOverlap="1">
          <wp:simplePos x="0" y="0"/>
          <wp:positionH relativeFrom="column">
            <wp:align>center</wp:align>
          </wp:positionH>
          <wp:positionV relativeFrom="paragraph">
            <wp:posOffset>0</wp:posOffset>
          </wp:positionV>
          <wp:extent cx="822960" cy="20574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_ribbon.png"/>
                  <pic:cNvPicPr/>
                </pic:nvPicPr>
                <pic:blipFill>
                  <a:blip r:embed="rId1"/>
                  <a:stretch>
                    <a:fillRect/>
                  </a:stretch>
                </pic:blipFill>
                <pic:spPr>
                  <a:xfrm>
                    <a:off x="0" y="0"/>
                    <a:ext cx="822960" cy="205740"/>
                  </a:xfrm>
                  <a:prstGeom prst="rect"/>
                </pic:spPr>
              </pic:pic>
            </a:graphicData>
          </a:graphic>
        </wp:anchor>
      </w:drawing>
    </w:r>
    <w:fldSimple w:instr="PAGE">
      <w:r>
        <w:rPr>
          <w:rFonts w:ascii="Georgia" w:hAnsi="Georgia" w:cs="Georgia"/>
          <w:sz w:val="14"/>
          <w:szCs w:val="14"/>
          <w:i/>
          <w:color w:val="647579"/>
        </w:rPr>
        <w:t>1</w:t>
      </w:r>
    </w:fldSimple>
  </w:p>
  <w:p>
    <w:pPr>
      <w:spacing w:after="0" w:before="0" w:line="240" w:lineRule="auto"/>
      <w:jc w:val="center"/>
    </w:pPr>
    <w:r>
      <w:rPr>
        <w:rFonts w:ascii="Georgia" w:hAnsi="Georgia"/>
        <w:i/>
        <w:color w:val="647579"/>
        <w:sz w:val="14"/>
      </w:rPr>
      <w:t>José Hugo López Machado  ·  Mazatlán, Sinaloa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96" w:val="right"/>
      </w:tabs>
      <w:spacing w:before="0" w:after="0" w:line="240" w:lineRule="auto"/>
      <w:jc w:val="right"/>
    </w:pPr>
    <w:r>
      <w:rPr>
        <w:rFonts w:ascii="Georgia" w:hAnsi="Georgia"/>
        <w:i/>
        <w:color w:val="52636B"/>
        <w:sz w:val="16"/>
      </w:rPr>
      <w:t>Letras nacidas de la vida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496" w:val="right"/>
      </w:tabs>
      <w:spacing w:before="0" w:after="0" w:line="240" w:lineRule="auto"/>
      <w:jc w:val="right"/>
    </w:pPr>
    <w:r>
      <w:rPr>
        <w:rFonts w:ascii="Georgia" w:hAnsi="Georgia"/>
        <w:i/>
        <w:color w:val="52636B"/>
        <w:sz w:val="16"/>
      </w:rPr>
      <w:t>Letras nacidas de la vida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200"/>
    </w:pPr>
    <w:rPr>
      <w:rFonts w:ascii="Calibri" w:hAnsi="Calibri"/>
      <w:color w:val="000000"/>
      <w:sz w:val="3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i/>
      <w:color w:val="647579"/>
      <w:sz w:val="1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outlineLvl w:val="0"/>
    </w:pPr>
    <w:rPr>
      <w:rFonts w:asciiTheme="majorHAnsi" w:eastAsiaTheme="majorEastAsia" w:hAnsiTheme="majorHAnsi" w:cstheme="majorBidi" w:ascii="Calibri" w:hAnsi="Calibri"/>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Letras nacidas de la vida Versión Tablet</dc:title>
  <dc:subject>Lectura en tableta</dc:subject>
  <dc:creator>José Hugo López Machado</dc:creator>
  <cp:keywords/>
  <dc:description>generated by python-docx</dc:description>
  <cp:lastModifiedBy/>
  <cp:revision>1</cp:revision>
  <dcterms:created xsi:type="dcterms:W3CDTF">2013-12-23T23:15:00Z</dcterms:created>
  <dcterms:modified xsi:type="dcterms:W3CDTF">2013-12-23T23:15:00Z</dcterms:modified>
  <cp:category/>
</cp:coreProperties>
</file>